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Amsterdam Island (Amsterdamøya), Svalbard,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Off the northwest tip of Spitsbergen, Amsterdamøya is a high-Arctic expedition stop best known for Smeerenburg — "Blubber Town" — the ruins of a 17th-century Dutch whaling station, with walrus haul-outs and stark polar scenery.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Zodiac/tender landing only · 🕒 Typical call: 2-4 hrs · 🇳🇴 Norwegian krone (no shops) · 🗣️ Norwegian (no settlement) · 🏛️ Historic whaling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expedition landing — no pier; ships anchor off and tender ashore, conditions permitting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Expedition cruisers interested in Arctic history and wildlife; the Smeerenburg whaling ruins and walrus haul-outs are the highlights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circular blubber-oven foundations of Smeerenburg and the walrus haul-out on the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Infrastructure: </w:t>
      </w:r>
      <w:r>
        <w:rPr>
          <w:rFonts w:ascii="Arial" w:hAnsi="Arial" w:cs="Arial"/>
          <w:b w:val="0"/>
          <w:i w:val="0"/>
          <w:sz w:val="20"/>
        </w:rPr>
        <w:t>No shops, no services, no permanent population — an uninhabited protected site in Nordvest-Spitsbergen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Smeerenburg Whaling Station Walk — </w:t>
      </w:r>
      <w:r>
        <w:rPr>
          <w:rFonts w:ascii="Arial" w:hAnsi="Arial" w:cs="Arial"/>
          <w:b w:val="0"/>
          <w:i w:val="0"/>
          <w:sz w:val="20"/>
        </w:rPr>
        <w:t>Smeerenburg — "Blubber Town" — was a Dutch whaling station founded around 1619 on the south shore of Amsterdamøya.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Walrus Haul-Out Viewing — </w:t>
      </w:r>
      <w:r>
        <w:rPr>
          <w:rFonts w:ascii="Arial" w:hAnsi="Arial" w:cs="Arial"/>
          <w:b w:val="0"/>
          <w:i w:val="0"/>
          <w:sz w:val="20"/>
        </w:rPr>
        <w:t>The beaches around Amsterdamøya and neighbouring Smeerenburgfjorden are popular walrus haul-out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Smeerenburgfjorden Zodiac Cruise — </w:t>
      </w:r>
      <w:r>
        <w:rPr>
          <w:rFonts w:ascii="Arial" w:hAnsi="Arial" w:cs="Arial"/>
          <w:b w:val="0"/>
          <w:i w:val="0"/>
          <w:sz w:val="20"/>
        </w:rPr>
        <w:t>Weather and ice permitting, Zodiac cruises explore the waters around Amsterdamøya and into Smeerenburgfjorden, with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Birdlife and Reindeer — </w:t>
      </w:r>
      <w:r>
        <w:rPr>
          <w:rFonts w:ascii="Arial" w:hAnsi="Arial" w:cs="Arial"/>
          <w:b w:val="0"/>
          <w:i w:val="0"/>
          <w:sz w:val="20"/>
        </w:rPr>
        <w:t>Amsterdamøya and the surrounding shores host nesting seabirds such as common eider and Arctic terns, while Svalbard reindeer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Northwest Spitsbergen Scenic Cruising — </w:t>
      </w:r>
      <w:r>
        <w:rPr>
          <w:rFonts w:ascii="Arial" w:hAnsi="Arial" w:cs="Arial"/>
          <w:b w:val="0"/>
          <w:i w:val="0"/>
          <w:sz w:val="20"/>
        </w:rPr>
        <w:t>Amsterdamøya sits at the dramatic northwest corner of Spitsbergen, within Nordvest-Spitsbergen National Park.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Smeerenburg Ruins Loop: </w:t>
      </w:r>
      <w:r>
        <w:rPr>
          <w:rFonts w:ascii="Arial" w:hAnsi="Arial" w:cs="Arial"/>
          <w:b w:val="0"/>
          <w:i w:val="0"/>
          <w:sz w:val="20"/>
        </w:rPr>
        <w:t>1.5 km · 1.5 hrs · Easy — From the landing beach, follow your expedition guide on a gentle loop past the foundations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Walrus Beach Walk: </w:t>
      </w:r>
      <w:r>
        <w:rPr>
          <w:rFonts w:ascii="Arial" w:hAnsi="Arial" w:cs="Arial"/>
          <w:b w:val="0"/>
          <w:i w:val="0"/>
          <w:sz w:val="20"/>
        </w:rPr>
        <w:t>1 km · 45 min · Easy — A short guided walk along the shoreline to a safe viewing distance from any walrus haul-out.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5:49AM–8:04PM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cruiseports.org/amsterdam-island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Amsterdam Island (Amsterdamøya), Svalbard,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sterdam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Smeerenburg Blubber Oven Ruins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Amsterdamøya Walrus Haul-Out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Smeerenburg Whalers' Graves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