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Cabo Pulmo, Baja California Sur,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North America's last living coral reefs, tucked into a sleepy fishing village on Baja's wild East Cape. Expedition ships anchor offshore; what waits below the surface is worth every minute.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beach landing · 🕒 Typical call: 5–7 hrs · 💵 Mexican Peso (USD widely accepted) · 🗣️ Spanish · 🌊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or Zodiac beach landing — no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Beachfront — small fishing village within steps of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scuba diving, kayaking,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snorkel over the living reef; massive schools of jacks and groupers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Reef Snorkel — </w:t>
      </w:r>
      <w:r>
        <w:rPr>
          <w:rFonts w:ascii="Arial" w:hAnsi="Arial" w:cs="Arial"/>
          <w:b w:val="0"/>
          <w:i w:val="0"/>
          <w:sz w:val="20"/>
        </w:rPr>
        <w:t>Snorkel over a 20,000-year-old living coral reef with a certified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the Marine Park — </w:t>
      </w:r>
      <w:r>
        <w:rPr>
          <w:rFonts w:ascii="Arial" w:hAnsi="Arial" w:cs="Arial"/>
          <w:b w:val="0"/>
          <w:i w:val="0"/>
          <w:sz w:val="20"/>
        </w:rPr>
        <w:t>Nearly 20 dive sites within the park, from shallow reefs at 15 m to the El Vencedor shipwreck (a sunken tuna trawler).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 &amp; SUP Along the Coast — </w:t>
      </w:r>
      <w:r>
        <w:rPr>
          <w:rFonts w:ascii="Arial" w:hAnsi="Arial" w:cs="Arial"/>
          <w:b w:val="0"/>
          <w:i w:val="0"/>
          <w:sz w:val="20"/>
        </w:rPr>
        <w:t>Paddle the calm inshore waters of the Sea of Cortez.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Tide Pool &amp; Beach Walk — </w:t>
      </w:r>
      <w:r>
        <w:rPr>
          <w:rFonts w:ascii="Arial" w:hAnsi="Arial" w:cs="Arial"/>
          <w:b w:val="0"/>
          <w:i w:val="0"/>
          <w:sz w:val="20"/>
        </w:rPr>
        <w:t>Walk north or south from the landing beach to explore tide pools, watch frigatebirds and ospreys, and take in the stark…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Stroll Along Playa Los Arbolitos: </w:t>
      </w:r>
      <w:r>
        <w:rPr>
          <w:rFonts w:ascii="Arial" w:hAnsi="Arial" w:cs="Arial"/>
          <w:b w:val="0"/>
          <w:i w:val="0"/>
          <w:sz w:val="20"/>
        </w:rPr>
        <w:t>~1–2 km | Easy | Flat sand &amp; rocky coves — Walk south along the shore from the main beach toward the coves below Cabo Pulmo, passing tide…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</w:t>
      </w:r>
      <w:r>
        <w:rPr>
          <w:rFonts w:ascii="Arial" w:hAnsi="Arial" w:cs="Arial"/>
          <w:b w:val="0"/>
          <w:i w:val="0"/>
          <w:sz w:val="20"/>
        </w:rPr>
        <w:t>~1 km | Easy | 20 min — A short loop through the tiny fishing village to see local dive shops, a handful of restaurants…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5:36AM–6:52PM · Jul 5:40AM–7:06PM · Sep 6:04AM–6:20PM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cruiseports.org/cabo-pulmo-beach-resort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Cabo Pulmo, Baja California Sur,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o-pulmo-beach-resor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Cabo Pulmo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Los Arbolitos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Cabo Pulmo Reef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