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Delos Island, Cyclades, Greece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birthplace of Apollo and Artemis, Delos is an entire ancient city frozen in time — no hotels, no restaurants, no permanent residents. Just 2,000-year-old marble under an Aegean sky.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via Mykonos ferry · 🕒 Typical call: 6-8 hrs (Mykonos port day) · 💶 Euro (EUR) · 🗣️ Greek / English widely spoken · 🏛️ UNESCO World Heritage Site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No ships call directly — ferry from Mykonos Old Port (~30 min)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Site: </w:t>
      </w:r>
      <w:r>
        <w:rPr>
          <w:rFonts w:ascii="Arial" w:hAnsi="Arial" w:cs="Arial"/>
          <w:b w:val="0"/>
          <w:i w:val="0"/>
          <w:sz w:val="20"/>
        </w:rPr>
        <w:t>Immediate from Delos jetty; ruins begin at the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Ancient history, archaeology, photography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Terrace of the Lions, House of Dionysus mosaics, Delos Museum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~€2/person — If your cruise docks at Mykonos New Port (Tourlos), a SeaBus water taxi takes ~10 minutes to Mykonos harbor where Delos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Delos Archaeological Site — </w:t>
      </w:r>
      <w:r>
        <w:rPr>
          <w:rFonts w:ascii="Arial" w:hAnsi="Arial" w:cs="Arial"/>
          <w:b w:val="0"/>
          <w:i w:val="0"/>
          <w:sz w:val="20"/>
        </w:rPr>
        <w:t>Wander one of the best-preserved ancient cities in the Mediterranean — the Sacred Way, Sanctuary of Apollo, agora, theatre,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Terrace of the Lions — </w:t>
      </w:r>
      <w:r>
        <w:rPr>
          <w:rFonts w:ascii="Arial" w:hAnsi="Arial" w:cs="Arial"/>
          <w:b w:val="0"/>
          <w:i w:val="0"/>
          <w:sz w:val="20"/>
        </w:rPr>
        <w:t>Five archaic marble lions (originally around 12–16, dedicated by the Naxians ~600 BC) line the Sacred Way facing the Sacred Lake…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Delos Archaeological Museum — </w:t>
      </w:r>
      <w:r>
        <w:rPr>
          <w:rFonts w:ascii="Arial" w:hAnsi="Arial" w:cs="Arial"/>
          <w:b w:val="0"/>
          <w:i w:val="0"/>
          <w:sz w:val="20"/>
        </w:rPr>
        <w:t>On-site museum housing original mosaics, statues, pottery, and the original Lion replicas removed for preservation.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Mykonos + Delos Combo Tour — </w:t>
      </w:r>
      <w:r>
        <w:rPr>
          <w:rFonts w:ascii="Arial" w:hAnsi="Arial" w:cs="Arial"/>
          <w:b w:val="0"/>
          <w:i w:val="0"/>
          <w:sz w:val="20"/>
        </w:rPr>
        <w:t>The most popular ship excursion format: morning in Mykonos Town, ferry to Delos with a guide, return by mid-afternoon.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Sacred Way &amp; Lion Circuit: </w:t>
      </w:r>
      <w:r>
        <w:rPr>
          <w:rFonts w:ascii="Arial" w:hAnsi="Arial" w:cs="Arial"/>
          <w:b w:val="0"/>
          <w:i w:val="0"/>
          <w:sz w:val="20"/>
        </w:rPr>
        <w:t>2–3 km | 2–3 hrs | Moderate — From the ferry jetty, follow the Sacred Way past the Sanctuary of Apollo, through the agora, up to…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6:10AM–8:20PM · Jul 6:10AM–8:39PM · Sep 7:01AM–7:26PM</w:t>
      </w:r>
    </w:p>
    <w:p>
      <w:pPr>
        <w:spacing w:after="20" w:before="0" w:lineRule="auto" w:line="240"/>
      </w:pPr>
      <w:r>
        <w:rPr>
          <w:rFonts w:ascii="Arial" w:hAnsi="Arial" w:cs="Arial"/>
          <w:b w:val="0"/>
          <w:i w:val="0"/>
          <w:sz w:val="16"/>
        </w:rPr>
        <w:t>Representative sunrise/sunset — 2025, 15th of each month; local civil time including DST (Europe/Athens). Source: Astral; not a forecast or climate average.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cruiseports.org/delos-island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Delos Island, Cyclades, Greece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elos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Terrace of the Lions, Delos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Mount Kynthos, Delos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Sanctuary of Apollo, Delos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Delos Archaeological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House of the Dolphins, Delos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