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Gough Island, Tristan da Cunha, British Overseas Territory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UNESCO World Heritage wilderness rising from the Roaring Forties — no pier, no town, no tourists ashore. Just sheer volcanic cliffs, 10 million seabirds, and one of the planet's last truly wild places.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Zodiac / ship cruising only (no landing) · 🕒 Typical call: 4–8 hrs (weather dependent) · 💵 No commerce ashore · 🗣️ English (South African weather station) · 🦅 UNESCO World Heritage Site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No pier — Zodiac cruising from ship; landings prohibited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N/A — no public access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Wildlife photography, birdwatching, expedition bragging rights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Tristan Albatross soaring the cliffs; rockhopper penguin colonies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Zodiac Wildlife Cruise Along the Cliffs — </w:t>
      </w:r>
      <w:r>
        <w:rPr>
          <w:rFonts w:ascii="Arial" w:hAnsi="Arial" w:cs="Arial"/>
          <w:b w:val="0"/>
          <w:i w:val="0"/>
          <w:sz w:val="20"/>
        </w:rPr>
        <w:t>Weave between sea stacks and beneath 300 m volcanic cliffs while thousands of Tristan albatrosses, sooty shearwaters,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Seabird Observation from the Ship — </w:t>
      </w:r>
      <w:r>
        <w:rPr>
          <w:rFonts w:ascii="Arial" w:hAnsi="Arial" w:cs="Arial"/>
          <w:b w:val="0"/>
          <w:i w:val="0"/>
          <w:sz w:val="20"/>
        </w:rPr>
        <w:t>Even without Zodiac ops, the ship deck delivers world-class seabirding.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Scenic Coastal Photography — </w:t>
      </w:r>
      <w:r>
        <w:rPr>
          <w:rFonts w:ascii="Arial" w:hAnsi="Arial" w:cs="Arial"/>
          <w:b w:val="0"/>
          <w:i w:val="0"/>
          <w:sz w:val="20"/>
        </w:rPr>
        <w:t>The island's coastline is a succession of dramatic arches, sea caves, and cascading waterfalls dropping directly into the Atlantic.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7:39AM–5:32PM · Jul 7:59AM–5:33PM · Sep 6:40AM–6:29PM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cruiseports.org/gough-island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Gough Island, Tristan da Cunha, British Overseas Territory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ough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Gough Island Wildlife Reserve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Edinburgh Peak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Gough Island Weather Station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