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Inaccessible Island, Tristan da Cunha, British Overseas Territory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Fewer people have set foot here than have summited Everest. A sheer-cliffed volcanic island with no roads, no residents, and no guarantees — just seabirds, penguins, and the rarest flightless bird on Earth.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Zodiac landing only (no pier) · 🕒 Typical call: 4-6 hrs (weather dependent) · 💷 No commerce on island · 🗣️ English (Tristan da Cunha guides) · 🌿 UNESCO World Heritage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Zodiac only — no pier or anchorage. Landing success rate ~10–20%.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No infrastructure. Landings restricted to shoreline (Blenden Hall or Waterfall Beach).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Birdwatchers, wildlife photographers, extreme expedition travelers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Inaccessible Island Rail — world's smallest flightless bird, endemic to this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Search for the Inaccessible Island Rail — </w:t>
      </w:r>
      <w:r>
        <w:rPr>
          <w:rFonts w:ascii="Arial" w:hAnsi="Arial" w:cs="Arial"/>
          <w:b w:val="0"/>
          <w:i w:val="0"/>
          <w:sz w:val="20"/>
        </w:rPr>
        <w:t>The world's smallest flightless bird exists only here.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Rockhopper Penguin &amp; Seabird Colonies — </w:t>
      </w:r>
      <w:r>
        <w:rPr>
          <w:rFonts w:ascii="Arial" w:hAnsi="Arial" w:cs="Arial"/>
          <w:b w:val="0"/>
          <w:i w:val="0"/>
          <w:sz w:val="20"/>
        </w:rPr>
        <w:t>Northern Rockhopper Penguins nest here in large numbers alongside Tristan Albatrosses, Spectacled Petrels, and Sooty Albatrosses.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Zodiac Cliff Cruise — </w:t>
      </w:r>
      <w:r>
        <w:rPr>
          <w:rFonts w:ascii="Arial" w:hAnsi="Arial" w:cs="Arial"/>
          <w:b w:val="0"/>
          <w:i w:val="0"/>
          <w:sz w:val="20"/>
        </w:rPr>
        <w:t>Even without a landing, cruising the base of the 500m+ cliffs in a Zodiac reveals dramatic waterfalls plunging directly into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Blenden Hall Shipwreck Landing — </w:t>
      </w:r>
      <w:r>
        <w:rPr>
          <w:rFonts w:ascii="Arial" w:hAnsi="Arial" w:cs="Arial"/>
          <w:b w:val="0"/>
          <w:i w:val="0"/>
          <w:sz w:val="20"/>
        </w:rPr>
        <w:t>The beach at Blenden Hall is named for an 1821 shipwreck.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Shoreline scramble at Blenden Hall: </w:t>
      </w:r>
      <w:r>
        <w:rPr>
          <w:rFonts w:ascii="Arial" w:hAnsi="Arial" w:cs="Arial"/>
          <w:b w:val="0"/>
          <w:i w:val="0"/>
          <w:sz w:val="20"/>
        </w:rPr>
        <w:t>0.5 km | Difficult terrain | Guided only — A short, supervised scramble along the black volcanic boulder beach.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7:43AM–5:50PM · Jul 8:01AM–5:51PM · Sep 6:50AM–6:41PM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cruiseports.org/inaccessible-island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Inaccessible Island, Tristan da Cunha, British Overseas Territory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accessible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Inaccessible Island Nature Reserve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Blenden Hall Wreck Site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