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Isle of Staffa, Inner Hebrides, Scotland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59-million-year-old volcanic jewel in the Inner Hebrides, Staffa's cathedral-like Fingal's Cave and geometric basalt columns inspired Mendelssohn's Hebrides Overture — and still stop visitors in their tracks today.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only (no pier for large ships) · 🕒 Typical call: 2-3 hrs ashore · 💷 GBP — no facilities on island · 🗣️ English (Scottish Gaelic heritage) · 🐦 Puffins: May–early August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/ Zodiac from anchor — highly weather-dependent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Fingal's Cave: </w:t>
      </w:r>
      <w:r>
        <w:rPr>
          <w:rFonts w:ascii="Arial" w:hAnsi="Arial" w:cs="Arial"/>
          <w:b w:val="0"/>
          <w:i w:val="0"/>
          <w:sz w:val="20"/>
        </w:rPr>
        <w:t>250 m from landing jetty along basalt causeway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Geology, wildlife (puffins), photography, Hebrides scenery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Walking into Fingal's Cave mouth; puffin colony on the plateau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Fingal's Cave — </w:t>
      </w:r>
      <w:r>
        <w:rPr>
          <w:rFonts w:ascii="Arial" w:hAnsi="Arial" w:cs="Arial"/>
          <w:b w:val="0"/>
          <w:i w:val="0"/>
          <w:sz w:val="20"/>
        </w:rPr>
        <w:t>Walk the basalt causeway from the jetty to the mouth of this 20-metre-tall sea cave.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Puffin Colony Walk — </w:t>
      </w:r>
      <w:r>
        <w:rPr>
          <w:rFonts w:ascii="Arial" w:hAnsi="Arial" w:cs="Arial"/>
          <w:b w:val="0"/>
          <w:i w:val="0"/>
          <w:sz w:val="20"/>
        </w:rPr>
        <w:t>Climb the steep staircase to the grassy plateau, then walk 800 m to the eastern cliffs at Ruanaich.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Geology &amp; Clamshell Cave — </w:t>
      </w:r>
      <w:r>
        <w:rPr>
          <w:rFonts w:ascii="Arial" w:hAnsi="Arial" w:cs="Arial"/>
          <w:b w:val="0"/>
          <w:i w:val="0"/>
          <w:sz w:val="20"/>
        </w:rPr>
        <w:t>Just beside the jetty, Clamshell Cave displays warped basalt columns bent into curved, ship-rib shapes — a stark contrast 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Boat Wildlife Spotting — </w:t>
      </w:r>
      <w:r>
        <w:rPr>
          <w:rFonts w:ascii="Arial" w:hAnsi="Arial" w:cs="Arial"/>
          <w:b w:val="0"/>
          <w:i w:val="0"/>
          <w:sz w:val="20"/>
        </w:rPr>
        <w:t>The crossing to Staffa passes prime waters for harbour porpoises, minke whales, basking sharks, and grey seals.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Jetty to Fingal's Cave &amp; Back: </w:t>
      </w:r>
      <w:r>
        <w:rPr>
          <w:rFonts w:ascii="Arial" w:hAnsi="Arial" w:cs="Arial"/>
          <w:b w:val="0"/>
          <w:i w:val="0"/>
          <w:sz w:val="20"/>
        </w:rPr>
        <w:t>0.5 km return | 30-45 min | Moderate — From the landing jetty, follow the natural basalt causeway south along the cliff face to the mouth…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Plateau &amp; Puffin Cliff Loop: </w:t>
      </w:r>
      <w:r>
        <w:rPr>
          <w:rFonts w:ascii="Arial" w:hAnsi="Arial" w:cs="Arial"/>
          <w:b w:val="0"/>
          <w:i w:val="0"/>
          <w:sz w:val="20"/>
        </w:rPr>
        <w:t>~2 km loop | 1 hr | Moderate — Climb the steep metal staircase from the jetty to the island's grassy top.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cruiseports.org/isle-of-staffa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Isle of Staffa, Inner Hebrides, Scotland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sle-of-staff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Fingal's Cave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Colonnade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