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Jabal Al-Sabaya Island, Red Sea, Saudi Arabia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Saudi Arabia's exclusive private island getaway in the Red Sea. Arrive by tender to Saba Beach — pristine coral reefs, ATV trails across the island's rugged interior, and beachside cabanas built for cruise-only visitors.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(10-min Zodiac/tender ride) · 🕒 Typical call: 6-8 hrs · 💵 Saudi Riyal / USD accepted on ship excursions · 🗣️ Arabic (English on island) · 🏖️ Private island — cruise passengers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no pier (future pier planned)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Location: </w:t>
      </w:r>
      <w:r>
        <w:rPr>
          <w:rFonts w:ascii="Arial" w:hAnsi="Arial" w:cs="Arial"/>
          <w:b w:val="0"/>
          <w:i w:val="0"/>
          <w:sz w:val="20"/>
        </w:rPr>
        <w:t>~220 nautical miles south-southeast of Jeddah, near Al Qunfudhah, Saudi Arabia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day, snorkeling, kayaking, ATV, relaxation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Snorkeling the untouched Red Sea coral reefs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Sea Snorkeling — </w:t>
      </w:r>
      <w:r>
        <w:rPr>
          <w:rFonts w:ascii="Arial" w:hAnsi="Arial" w:cs="Arial"/>
          <w:b w:val="0"/>
          <w:i w:val="0"/>
          <w:sz w:val="20"/>
        </w:rPr>
        <w:t>Gear up and wade straight from Saba Beach into crystal-clear water over pristine coral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ATV Island Trails — </w:t>
      </w:r>
      <w:r>
        <w:rPr>
          <w:rFonts w:ascii="Arial" w:hAnsi="Arial" w:cs="Arial"/>
          <w:b w:val="0"/>
          <w:i w:val="0"/>
          <w:sz w:val="20"/>
        </w:rPr>
        <w:t>Aroya's 30-minute guided ATV excursion takes you across the island's rugged interior to elevated viewpoints with sweeping Red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Cabana Day on Saba Beach — </w:t>
      </w:r>
      <w:r>
        <w:rPr>
          <w:rFonts w:ascii="Arial" w:hAnsi="Arial" w:cs="Arial"/>
          <w:b w:val="0"/>
          <w:i w:val="0"/>
          <w:sz w:val="20"/>
        </w:rPr>
        <w:t>Rent one of 25 private beachside cabanas for up to four guests.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Pedalo — </w:t>
      </w:r>
      <w:r>
        <w:rPr>
          <w:rFonts w:ascii="Arial" w:hAnsi="Arial" w:cs="Arial"/>
          <w:b w:val="0"/>
          <w:i w:val="0"/>
          <w:sz w:val="20"/>
        </w:rPr>
        <w:t>Single and double kayaks plus pedalo boats for up to four people are available for hourly rental along the calm beach shallows.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Saba Beach Stroll: </w:t>
      </w:r>
      <w:r>
        <w:rPr>
          <w:rFonts w:ascii="Arial" w:hAnsi="Arial" w:cs="Arial"/>
          <w:b w:val="0"/>
          <w:i w:val="0"/>
          <w:sz w:val="20"/>
        </w:rPr>
        <w:t>~1 km one-way | Easy | Flat sand — Walk the full length of Saba Beach from the tender landing to the far end of the beach zone.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5:42AM–6:42PM · Jul 5:47AM–6:56PM · Sep 6:02AM–6:18PM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cruiseports.org/jabal-al-sabaya-island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Jabal Al-Sabaya Island, Red Sea, Saudi Arabia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abal-al-sabay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Saba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Jabal Al-Sabaya coral reef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