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Jan Mayen Island, Arctic Ocean,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Dominated by the world's northernmost active volcano and shrouded in near-perpetual fog, Jan Mayen is one of the rarest and most dramatic stops in all of expedition cruising. Landings are never guaranteed — which makes a successful one unforgettable.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only (no pier) · 🕒 Typical call: 4-6 hrs (weather permitting) · 💵 Currency: NOK (Norwegian Krone) · 🗣️ Language: Norwegian · 🌋 Expedition cruises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wet landing only — no pier exists. Landings subject to Norwegian authority permission and sea conditions.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Landing Rate: </w:t>
      </w:r>
      <w:r>
        <w:rPr>
          <w:rFonts w:ascii="Arial" w:hAnsi="Arial" w:cs="Arial"/>
          <w:b w:val="0"/>
          <w:i w:val="0"/>
          <w:sz w:val="20"/>
        </w:rPr>
        <w:t>Roughly 50% of scheduled stops are cancelled due to heavy swells, fog, or swell. A successful landing is a genuine achievement.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and whale watching, volcanic landscapes, extreme Arctic remoteness, rare passport stamps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Beerenberg volcano from the sea, Kvalrossbukta's 17th-century whaling ruins, and seabird cliffs packed with puffins and little auks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Kvalrossbukta Landing &amp; Whaling Ruins — </w:t>
      </w:r>
      <w:r>
        <w:rPr>
          <w:rFonts w:ascii="Arial" w:hAnsi="Arial" w:cs="Arial"/>
          <w:b w:val="0"/>
          <w:i w:val="0"/>
          <w:sz w:val="20"/>
        </w:rPr>
        <w:t>The most common landing site — a sweeping black-sand bay named for the walruses once hunted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Colony Watch — </w:t>
      </w:r>
      <w:r>
        <w:rPr>
          <w:rFonts w:ascii="Arial" w:hAnsi="Arial" w:cs="Arial"/>
          <w:b w:val="0"/>
          <w:i w:val="0"/>
          <w:sz w:val="20"/>
        </w:rPr>
        <w:t>Jan Mayen's basalt cliffs host enormous breeding colonies of Atlantic puffins, little auks (dovekies), Brünnich's guillemots…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Beerenberg Volcano Scenic Cruise — </w:t>
      </w:r>
      <w:r>
        <w:rPr>
          <w:rFonts w:ascii="Arial" w:hAnsi="Arial" w:cs="Arial"/>
          <w:b w:val="0"/>
          <w:i w:val="0"/>
          <w:sz w:val="20"/>
        </w:rPr>
        <w:t>Even without a landing, cruising beneath Beerenberg is extraordinary.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Olonkinbyen Station Visit — </w:t>
      </w:r>
      <w:r>
        <w:rPr>
          <w:rFonts w:ascii="Arial" w:hAnsi="Arial" w:cs="Arial"/>
          <w:b w:val="0"/>
          <w:i w:val="0"/>
          <w:sz w:val="20"/>
        </w:rPr>
        <w:t>If the Station Commander permits, passengers may walk to the small Norwegian military/meteorological station — the island's only…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Marine Mammal Watch — </w:t>
      </w:r>
      <w:r>
        <w:rPr>
          <w:rFonts w:ascii="Arial" w:hAnsi="Arial" w:cs="Arial"/>
          <w:b w:val="0"/>
          <w:i w:val="0"/>
          <w:sz w:val="20"/>
        </w:rPr>
        <w:t>The nutrient-rich waters around Jan Mayen are excellent for cetaceans.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Kvalrossbukta Beach &amp; Whaling Site: </w:t>
      </w:r>
      <w:r>
        <w:rPr>
          <w:rFonts w:ascii="Arial" w:hAnsi="Arial" w:cs="Arial"/>
          <w:b w:val="0"/>
          <w:i w:val="0"/>
          <w:sz w:val="20"/>
        </w:rPr>
        <w:t>1-2 km | Easy-moderate | 45-90 min — From the Zodiac landing point on Kvalrossbukta's black sand beach, walk east along the shoreline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Båtvika to Olonkinbyen: </w:t>
      </w:r>
      <w:r>
        <w:rPr>
          <w:rFonts w:ascii="Arial" w:hAnsi="Arial" w:cs="Arial"/>
          <w:b w:val="0"/>
          <w:i w:val="0"/>
          <w:sz w:val="20"/>
        </w:rPr>
        <w:t>1-2 km each way | Easy-moderate | 1-2 hrs — If landing at Båtvika (the southern landing site), a short walk leads to the Norwegian station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Midnight sun (24h) · Jul Midnight sun (24h) · Sep 7:46AM–9:11PM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(Europe/Oslo).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cruiseports.org/jan-mayen-island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Jan Mayen Island, Arctic Ocean,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n-maye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Beerenberg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Dutch whaling station remains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Olonkinbyen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