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Juneau, Alaska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Alaska's only road-free capital docks you right downtown — a glacier 13 miles out, humpback whales in the channel, and a rainforest tram steps from the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(downtown or AJ Dock) · 🕒 Typical call: 8–10 hrs · 💵 US Dollar (USD) · 🌧️ Rain jacket essential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Franklin/CT Dock (downtown) or AJ Dock (~1.5 mi south)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from downtown docks · 25–30 min or free shuttle from AJ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Glaciers · Whale watching · Hiking · Flightseeing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Mendenhall Glacier + Nugget Falls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 — Glacier Taxi, Alaska Taxi &amp; Tours, and Evergreen Taxi queue at the docks. Taxis can drop off at Mendenhall Glacier Visit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Mendenhall Glacier &amp; Nugget Falls — </w:t>
      </w:r>
      <w:r>
        <w:rPr>
          <w:rFonts w:ascii="Arial" w:hAnsi="Arial" w:cs="Arial"/>
          <w:b w:val="0"/>
          <w:i w:val="0"/>
          <w:sz w:val="20"/>
        </w:rPr>
        <w:t>The essential Juneau stop.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Humpback Whale Watching — </w:t>
      </w:r>
      <w:r>
        <w:rPr>
          <w:rFonts w:ascii="Arial" w:hAnsi="Arial" w:cs="Arial"/>
          <w:b w:val="0"/>
          <w:i w:val="0"/>
          <w:sz w:val="20"/>
        </w:rPr>
        <w:t>Juneau is one of the world's top humpback spots.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Helicopter Glacier Landing &amp; Dog Sledding — </w:t>
      </w:r>
      <w:r>
        <w:rPr>
          <w:rFonts w:ascii="Arial" w:hAnsi="Arial" w:cs="Arial"/>
          <w:b w:val="0"/>
          <w:i w:val="0"/>
          <w:sz w:val="20"/>
        </w:rPr>
        <w:t>Fly over the Juneau Icefield, land on a glacier, and mush a dog team across the ice.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Roberts Tramway — </w:t>
      </w:r>
      <w:r>
        <w:rPr>
          <w:rFonts w:ascii="Arial" w:hAnsi="Arial" w:cs="Arial"/>
          <w:b w:val="0"/>
          <w:i w:val="0"/>
          <w:sz w:val="20"/>
        </w:rPr>
        <w:t>Right at the downtown dock — rise 1,800 ft for panoramic Gastineau Channel views, a Tlingit culture theater, eagle aviary, nature…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— Auke Bay or Gastineau Channel — </w:t>
      </w:r>
      <w:r>
        <w:rPr>
          <w:rFonts w:ascii="Arial" w:hAnsi="Arial" w:cs="Arial"/>
          <w:b w:val="0"/>
          <w:i w:val="0"/>
          <w:sz w:val="20"/>
        </w:rPr>
        <w:t>Paddle calm waters through rainforest scenery.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Seawalk &amp; Capitol Loop: </w:t>
      </w:r>
      <w:r>
        <w:rPr>
          <w:rFonts w:ascii="Arial" w:hAnsi="Arial" w:cs="Arial"/>
          <w:b w:val="0"/>
          <w:i w:val="0"/>
          <w:sz w:val="20"/>
        </w:rPr>
        <w:t>~2.5 km · 1–1.5 hrs · easy · flat — From the dock, follow the Seawalk past Marine Park's bronze whale sculpture, up 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Perseverance Trail — Gold Creek Canyon: </w:t>
      </w:r>
      <w:r>
        <w:rPr>
          <w:rFonts w:ascii="Arial" w:hAnsi="Arial" w:cs="Arial"/>
          <w:b w:val="0"/>
          <w:i w:val="0"/>
          <w:sz w:val="20"/>
        </w:rPr>
        <w:t>~5 km out-and-back · 2–3 hrs · moderate · some elevation — Juneau's most rewarding town-accessible hike.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Nugget Falls Trail (at Mendenhall): </w:t>
      </w:r>
      <w:r>
        <w:rPr>
          <w:rFonts w:ascii="Arial" w:hAnsi="Arial" w:cs="Arial"/>
          <w:b w:val="0"/>
          <w:i w:val="0"/>
          <w:sz w:val="20"/>
        </w:rPr>
        <w:t>~3 km out-and-back · 1 hr · easy · flat gravel — If you make your own way to Mendenhall (bus or shuttle), this flat path leads along the lakeshore…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4:30AM–9:18PM · Jul 4:17AM–9:48PM · Sep 6:28AM–7:15PM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cruiseports.org/juneau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Juneau, Alaska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unea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Liquid Alaska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Savikko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AJ Mine Gastineau Mill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Glacier Gardens Rainforest Adventure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Whale Project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Alaska State Capitol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Alaska State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Mendenhall Glacier Visitor Center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