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Kailua-Kona, Big Island, Hawaii,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volcanic coastline meets crystal-clear Pacific waters — Kailua-Kona delivers world-class snorkeling, world-famous coffee, and ancient Hawaiian history all within reach of the tender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docking pier) · 🕒 Typical call: 8–10 hrs · 💵 USD · 🗣️ English / Hawaiian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Kailua Bay; 15-min ride to Kailua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the tender pier to Ali'i Drive shops and restaurants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Kona coffee tours, manta ray night dives, Hawaiian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Kealakekua Bay snorkel, Hulihe'e Palace, Pu'uhonua o Hōnaunau NHP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$6–12 in town — Taxis wait near the pier exit. Short hops within town run about $6–12 on the metered rate; rides further afield (e.g.,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Clark's Hawaii Tours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Kealakekua Bay Snorkel — </w:t>
      </w:r>
      <w:r>
        <w:rPr>
          <w:rFonts w:ascii="Arial" w:hAnsi="Arial" w:cs="Arial"/>
          <w:b w:val="0"/>
          <w:i w:val="0"/>
          <w:sz w:val="20"/>
        </w:rPr>
        <w:t>Boat tours from the pier run to this state marine preserve — one of Hawaii's best snorkel sites, with spinner dolphins, tropical…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Manta Ray Night Snorkel or Dive — </w:t>
      </w:r>
      <w:r>
        <w:rPr>
          <w:rFonts w:ascii="Arial" w:hAnsi="Arial" w:cs="Arial"/>
          <w:b w:val="0"/>
          <w:i w:val="0"/>
          <w:sz w:val="20"/>
        </w:rPr>
        <w:t>One of the Big Island's signature experiences: giant Pacific manta rays swoop through beams of light feeding on plankton.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Pu'uhonua o Hōnaunau (City of Refuge) — </w:t>
      </w:r>
      <w:r>
        <w:rPr>
          <w:rFonts w:ascii="Arial" w:hAnsi="Arial" w:cs="Arial"/>
          <w:b w:val="0"/>
          <w:i w:val="0"/>
          <w:sz w:val="20"/>
        </w:rPr>
        <w:t>Ancient Hawaiian sanctuary where lawbreakers could seek absolution.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Kona Coffee Farm Tour — </w:t>
      </w:r>
      <w:r>
        <w:rPr>
          <w:rFonts w:ascii="Arial" w:hAnsi="Arial" w:cs="Arial"/>
          <w:b w:val="0"/>
          <w:i w:val="0"/>
          <w:sz w:val="20"/>
        </w:rPr>
        <w:t>The Kona coffee belt climbs the slopes of Hualalai and Mauna Loa just above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Atlantis Submarine — </w:t>
      </w:r>
      <w:r>
        <w:rPr>
          <w:rFonts w:ascii="Arial" w:hAnsi="Arial" w:cs="Arial"/>
          <w:b w:val="0"/>
          <w:i w:val="0"/>
          <w:sz w:val="20"/>
        </w:rPr>
        <w:t>Descend 100+ feet below Kailua Bay in a passenger submarine operated from the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Ali'i Drive Historical Stroll: </w:t>
      </w:r>
      <w:r>
        <w:rPr>
          <w:rFonts w:ascii="Arial" w:hAnsi="Arial" w:cs="Arial"/>
          <w:b w:val="0"/>
          <w:i w:val="0"/>
          <w:sz w:val="20"/>
        </w:rPr>
        <w:t>~1.5 miles one-way · Flat · 30–45 min — Walk south along Ali'i Drive from the tender pier past Hulihe'e Palace, Mokuaikaua Church, Kahaluu…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Kaloko-Honokōhau NHP Shoreline: </w:t>
      </w:r>
      <w:r>
        <w:rPr>
          <w:rFonts w:ascii="Arial" w:hAnsi="Arial" w:cs="Arial"/>
          <w:b w:val="0"/>
          <w:i w:val="0"/>
          <w:sz w:val="20"/>
        </w:rPr>
        <w:t>~2 miles · Easy · 1 hr · Short drive north — A flat shoreline walk through ancient Hawaiian fishponds and petroglyphs at Kaloko-Honokōhau…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5:48AM–6:52PM · Jul 5:54AM–7:05PM · Sep 6:11AM–6:25PM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cruiseports.org/kailua-kona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Kailua-Kona, Big Island, Hawaii,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ilua-ko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Kaloko-Honokōhau National Historical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Fair Wind Cruises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Hula Daddy Kona Coffee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Michael The Archangel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Kona Airport State Recreation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Kohanaiki Beach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La'aloa Beach Park (aka Magic Sands)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Hulihe‘e Palace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