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Mackinac Island, Michigan,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No cars, no rush — just horse-drawn carriages, a 660-foot Victorian porch, and the sweetest fudge in the Great Lakes. Mackinac Island is a living time capsule that cruise passengers adore.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(anchor offshore) · 🕒 Typical call: 6–8 hrs · 💵 USD · 🗣️ English · 🚲 Bike-friendly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straits; small boats ferry you to the island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drops you on Main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cyclists, fudge fans, horse-carriage rides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Fort Mackinac, the Grand Hotel porch, and a warm fudge sample from Murdick's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$9–$12 per adult — Radio-dispatched horse-drawn cabs operate 24 hours daily in summer. Must be called — cannot be hailed. Cash only; half-p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Horse-Drawn Carriage Island Tour — </w:t>
      </w:r>
      <w:r>
        <w:rPr>
          <w:rFonts w:ascii="Arial" w:hAnsi="Arial" w:cs="Arial"/>
          <w:b w:val="0"/>
          <w:i w:val="0"/>
          <w:sz w:val="20"/>
        </w:rPr>
        <w:t>The classic Mackinac experience — a 1.5–2 hour guided carriage tour stops at Arch Rock, the Avenue of Flags, Surrey Hill,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Mackinac — </w:t>
      </w:r>
      <w:r>
        <w:rPr>
          <w:rFonts w:ascii="Arial" w:hAnsi="Arial" w:cs="Arial"/>
          <w:b w:val="0"/>
          <w:i w:val="0"/>
          <w:sz w:val="20"/>
        </w:rPr>
        <w:t>Built by the British during the American Revolution, this preserved fort sits on the island's limestone bluffs with sweeping…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Bike the M-185 Perimeter Loop — </w:t>
      </w:r>
      <w:r>
        <w:rPr>
          <w:rFonts w:ascii="Arial" w:hAnsi="Arial" w:cs="Arial"/>
          <w:b w:val="0"/>
          <w:i w:val="0"/>
          <w:sz w:val="20"/>
        </w:rPr>
        <w:t>M-185 is the only motor-vehicle-free state highway in the USA.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Grand Hotel — </w:t>
      </w:r>
      <w:r>
        <w:rPr>
          <w:rFonts w:ascii="Arial" w:hAnsi="Arial" w:cs="Arial"/>
          <w:b w:val="0"/>
          <w:i w:val="0"/>
          <w:sz w:val="20"/>
        </w:rPr>
        <w:t>Since 1887, the Grand Hotel's 660-foot porch — the world's longest — has defined Mackinac elegance.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Mackinac Island Fudge Trail — </w:t>
      </w:r>
      <w:r>
        <w:rPr>
          <w:rFonts w:ascii="Arial" w:hAnsi="Arial" w:cs="Arial"/>
          <w:b w:val="0"/>
          <w:i w:val="0"/>
          <w:sz w:val="20"/>
        </w:rPr>
        <w:t>Watch fudge-makers throw and shape warm slabs of fudge on cold marble through large shop windows — then sample.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Fort Mackinac: </w:t>
      </w:r>
      <w:r>
        <w:rPr>
          <w:rFonts w:ascii="Arial" w:hAnsi="Arial" w:cs="Arial"/>
          <w:b w:val="0"/>
          <w:i w:val="0"/>
          <w:sz w:val="20"/>
        </w:rPr>
        <w:t>0.3 miles / 10–15 min uphill | Easy–Moderate — Walk from the tender dock up Market Street to Marquette Park, then climb the stairs or ramp to Fort…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Main Street Fudge &amp; Shopping Stroll: </w:t>
      </w:r>
      <w:r>
        <w:rPr>
          <w:rFonts w:ascii="Arial" w:hAnsi="Arial" w:cs="Arial"/>
          <w:b w:val="0"/>
          <w:i w:val="0"/>
          <w:sz w:val="20"/>
        </w:rPr>
        <w:t>0.5 miles / 20–30 min | Easy — Walk the length of Main Street from the ferry docks west toward Market Street, ducking into fudge…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6:06AM–9:03PM · Jul 6:03AM–9:24PM · Sep 7:17AM–7:48PM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cruiseports.org/mackinac-island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Mackinac Island, Michigan,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ckinac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 Rock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Marquette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Colonial Michilimackinac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Michigan Governor's Summer Residence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de Buade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Wings of Mackinac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3D Maze of Mirrors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Wawatam Lighthouse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