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Manzanillo, Colima,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Sailfish Capital of the World keeps it real — no glitzy tourist strip, just a vibrant downtown plaza, sheltered coves of calm water, and flavors you won't find anywhere else in Mexico.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💵 Mexican Peso (USD accepted)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Muelle Fiscal, central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to Jardín Álvaro Obregón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Mexico, beaches, local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Tuba drink from a vendor on the Malecón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$8–$12 USD — Official port taxis are available dockside to downtown (El Centro). Agree on a fare before departure — around 105–120 MX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Las Hadas Resort Day Pass — </w:t>
      </w:r>
      <w:r>
        <w:rPr>
          <w:rFonts w:ascii="Arial" w:hAnsi="Arial" w:cs="Arial"/>
          <w:b w:val="0"/>
          <w:i w:val="0"/>
          <w:sz w:val="20"/>
        </w:rPr>
        <w:t>The all-white Moorish-style resort that starred in the movie '10' with Bo Derek.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La Audiencia Swim &amp; Snorkel — </w:t>
      </w:r>
      <w:r>
        <w:rPr>
          <w:rFonts w:ascii="Arial" w:hAnsi="Arial" w:cs="Arial"/>
          <w:b w:val="0"/>
          <w:i w:val="0"/>
          <w:sz w:val="20"/>
        </w:rPr>
        <w:t>A sheltered cove on the Santiago Peninsula with exceptionally calm, clear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Comala &amp; Colima City Day Trip — </w:t>
      </w:r>
      <w:r>
        <w:rPr>
          <w:rFonts w:ascii="Arial" w:hAnsi="Arial" w:cs="Arial"/>
          <w:b w:val="0"/>
          <w:i w:val="0"/>
          <w:sz w:val="20"/>
        </w:rPr>
        <w:t>Comala is a Pueblo Mágico with white-washed buildings, artisan shops, and views of the active Colima Volcano.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Cuyutlán Turtle Sanctuary — </w:t>
      </w:r>
      <w:r>
        <w:rPr>
          <w:rFonts w:ascii="Arial" w:hAnsi="Arial" w:cs="Arial"/>
          <w:b w:val="0"/>
          <w:i w:val="0"/>
          <w:sz w:val="20"/>
        </w:rPr>
        <w:t>About 45 minutes south, El Tortugario protects sea turtles, iguanas, and crocodiles.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Sport Fishing — Sailfish Capital — </w:t>
      </w:r>
      <w:r>
        <w:rPr>
          <w:rFonts w:ascii="Arial" w:hAnsi="Arial" w:cs="Arial"/>
          <w:b w:val="0"/>
          <w:i w:val="0"/>
          <w:sz w:val="20"/>
        </w:rPr>
        <w:t>Manzanillo earned its 'Sailfish Capital of the World' title for a reason.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Plaza &amp; Malecón Stroll: </w:t>
      </w:r>
      <w:r>
        <w:rPr>
          <w:rFonts w:ascii="Arial" w:hAnsi="Arial" w:cs="Arial"/>
          <w:b w:val="0"/>
          <w:i w:val="0"/>
          <w:sz w:val="20"/>
        </w:rPr>
        <w:t>Easy · 45-60 min · flat — Walk from the pier to the iconic giant blue sailfish sculpture, then into Jardín Álvaro Obregón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6:22AM–7:24PM · Jul 6:28AM–7:38PM · Sep 6:45AM–6:59PM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cruiseports.org/manzanillo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Manzanillo, Colima,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nzanill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Salagua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Club de Yates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la audiencia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Tortugario Manzanillo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Las Hadas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Metropolitano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Riviera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"Los Arcos" Playa Miramar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