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Mariehamn, Åland Islands, Finland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Swedish-speaking Finnish archipelago where the world's last great windjammer fleet once called home — and Esplanaden's thousand lindens still line the walk from pier to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(West Harbour) · 🕒 Typical call: 6-10 hrs · 💶 Euro (cashless) · 🗣️ Swedish (English widely spoken) · 🚲 Excellent cycling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West Harbour (Västerhamn), Quay 1–2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~900 m (12–15 min) straight up Esplanaden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cycling, Nordic food, relaxed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Boarding the 1903 four-masted barque Pommern, right at the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€6–15 — Traditional taxis operate 24/7. Base fare is around €4.50–6.50 with ~€1.20/km after that; a short in-town ride runs €6–1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Pommern &amp; Maritime Museum — </w:t>
      </w:r>
      <w:r>
        <w:rPr>
          <w:rFonts w:ascii="Arial" w:hAnsi="Arial" w:cs="Arial"/>
          <w:b w:val="0"/>
          <w:i w:val="0"/>
          <w:sz w:val="20"/>
        </w:rPr>
        <w:t>Board the fully preserved 1903 four-masted barque Pommern — the only windjammer of her kind left in original condition…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Kastelholm Castle Day Trip — </w:t>
      </w:r>
      <w:r>
        <w:rPr>
          <w:rFonts w:ascii="Arial" w:hAnsi="Arial" w:cs="Arial"/>
          <w:b w:val="0"/>
          <w:i w:val="0"/>
          <w:sz w:val="20"/>
        </w:rPr>
        <w:t>A 14th-century medieval castle in the Sund municipality where Swedish kings stayed and Eric XIV was imprisoned.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Archipelago — </w:t>
      </w:r>
      <w:r>
        <w:rPr>
          <w:rFonts w:ascii="Arial" w:hAnsi="Arial" w:cs="Arial"/>
          <w:b w:val="0"/>
          <w:i w:val="0"/>
          <w:sz w:val="20"/>
        </w:rPr>
        <w:t>Rent bikes at the pier and pedal Mariehamn's flat peninsula — or take a ferry to a nearby island for quiet roads, apple orchards…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Maritime Quarter &amp; East Harbour — </w:t>
      </w:r>
      <w:r>
        <w:rPr>
          <w:rFonts w:ascii="Arial" w:hAnsi="Arial" w:cs="Arial"/>
          <w:b w:val="0"/>
          <w:i w:val="0"/>
          <w:sz w:val="20"/>
        </w:rPr>
        <w:t>Stroll to Sjökvarteret for living wooden boatbuilding workshops, a blacksmith, a sailor's chapel, and craft shops — all free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Åland Pancake &amp; Local Flavors — </w:t>
      </w:r>
      <w:r>
        <w:rPr>
          <w:rFonts w:ascii="Arial" w:hAnsi="Arial" w:cs="Arial"/>
          <w:b w:val="0"/>
          <w:i w:val="0"/>
          <w:sz w:val="20"/>
        </w:rPr>
        <w:t>Try the iconic Ålandspannkaka (thick oven-baked pancake with stewed prunes and cream), cold-smoked salmon, local Stallhagen craft…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to East Harbour via Esplanaden: </w:t>
      </w:r>
      <w:r>
        <w:rPr>
          <w:rFonts w:ascii="Arial" w:hAnsi="Arial" w:cs="Arial"/>
          <w:b w:val="0"/>
          <w:i w:val="0"/>
          <w:sz w:val="20"/>
        </w:rPr>
        <w:t>2.5 km round trip | 30–40 min | Easy — Walk straight up Esplanaden from the cruise pier under a canopy of linden trees, past the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Lilla Holmen Beach Loop: </w:t>
      </w:r>
      <w:r>
        <w:rPr>
          <w:rFonts w:ascii="Arial" w:hAnsi="Arial" w:cs="Arial"/>
          <w:b w:val="0"/>
          <w:i w:val="0"/>
          <w:sz w:val="20"/>
        </w:rPr>
        <w:t>1 km | 15 min | Easy — From the East Harbour, cross the footbridge to Lilla Holmen — a small island with a sandy beach…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5:02AM–10:12PM · Jul 4:43AM–10:47PM · Sep 7:08AM–8:00PM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cruiseports.org/mariehamn-aland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Mariehamn, Åland Islands, Finland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iehamn-a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George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Åland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ship Pommern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Sjökvarteret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Olaf's Church, Jomala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Ramsholmen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