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Marigot, Saint Martin,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French Caribbean at its finest — pastel waterfront, a hilltop fort, open-air lolos, and sun-drenched beaches minutes from town. Marigot feels like a slice of the Riviera dropped into the tropics.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or small pier · 🕒 Typical call: 6–8 hrs · 💶 Euro (USD widely accepted) · 🗣️ French / English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at Marigot quay; large ships anchor in bay and tender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right on the waterfront market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French cuisine, Fort Louis views, market shopping, nearby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lolo lunch and the climb up Fort Louis for panoramic bay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$20–$35 per taxi (1–2 passengers) — Taxis use fixed government-regulated zone rates — no meters. From Philipsburg cruise dock to Marigot costs $20–$35; add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Louis &amp; Panoramic Views — </w:t>
      </w:r>
      <w:r>
        <w:rPr>
          <w:rFonts w:ascii="Arial" w:hAnsi="Arial" w:cs="Arial"/>
          <w:b w:val="0"/>
          <w:i w:val="0"/>
          <w:sz w:val="20"/>
        </w:rPr>
        <w:t>Built in 1789, Fort Louis crowns the hill above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Marigot Market &amp; Waterfront Stroll — </w:t>
      </w:r>
      <w:r>
        <w:rPr>
          <w:rFonts w:ascii="Arial" w:hAnsi="Arial" w:cs="Arial"/>
          <w:b w:val="0"/>
          <w:i w:val="0"/>
          <w:sz w:val="20"/>
        </w:rPr>
        <w:t>The open-air market alongside the ferry terminal buzzes with spices, tropical fruit, batik clothing, and rhum arrangé.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Loterie Farm Zipline &amp; Jungle Pool — </w:t>
      </w:r>
      <w:r>
        <w:rPr>
          <w:rFonts w:ascii="Arial" w:hAnsi="Arial" w:cs="Arial"/>
          <w:b w:val="0"/>
          <w:i w:val="0"/>
          <w:sz w:val="20"/>
        </w:rPr>
        <w:t>A lush nature reserve at the foot of Pic Paradis, the island's highest peak.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Friar's Bay &amp; Baie Rouge Beach — </w:t>
      </w:r>
      <w:r>
        <w:rPr>
          <w:rFonts w:ascii="Arial" w:hAnsi="Arial" w:cs="Arial"/>
          <w:b w:val="0"/>
          <w:i w:val="0"/>
          <w:sz w:val="20"/>
        </w:rPr>
        <w:t>Two of the French side's best beaches are a short taxi ride from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Lolo Lunch on the Waterfront — </w:t>
      </w:r>
      <w:r>
        <w:rPr>
          <w:rFonts w:ascii="Arial" w:hAnsi="Arial" w:cs="Arial"/>
          <w:b w:val="0"/>
          <w:i w:val="0"/>
          <w:sz w:val="20"/>
        </w:rPr>
        <w:t>The lolos — casual open-air Creole BBQ stalls near the ferry terminal — are an institution.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Fort Louis Loop: </w:t>
      </w:r>
      <w:r>
        <w:rPr>
          <w:rFonts w:ascii="Arial" w:hAnsi="Arial" w:cs="Arial"/>
          <w:b w:val="0"/>
          <w:i w:val="0"/>
          <w:sz w:val="20"/>
        </w:rPr>
        <w:t>1.5–2 hrs · Easy to moderate · Free — Start at the Marigot Ferry Terminal, browse the market stalls, then stroll along the waterfront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Rue de la République Architecture Walk: </w:t>
      </w:r>
      <w:r>
        <w:rPr>
          <w:rFonts w:ascii="Arial" w:hAnsi="Arial" w:cs="Arial"/>
          <w:b w:val="0"/>
          <w:i w:val="0"/>
          <w:sz w:val="20"/>
        </w:rPr>
        <w:t>30–45 min · Easy · Free — A short stroll through the heart of Marigot's old 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5:39AM–6:38PM · Jul 5:45AM–6:51PM · Sep 6:00AM–6:14PM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cruiseports.org/marigot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Marigot, Saint Martin,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igo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Butterfly Farm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Seaside Ranch St. Maarten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Diamond Casino SXM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Amsterdam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Mary, Star of the Sea Catholic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Starz City Casino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