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Monemvasia,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'Gibraltar of the East,' Monemvasia is a secret world of cobblestone alleys, Byzantine churches, and clifftop ruins hidden inside a single dramatic sea rock — entered only through one narrow gate.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7–9 hrs · 💶 Currency: Euro (€) · 🗣️ Language: Greek · 🏛️ UNESCO-listed medieval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Gefyra marina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 gate: </w:t>
      </w:r>
      <w:r>
        <w:rPr>
          <w:rFonts w:ascii="Arial" w:hAnsi="Arial" w:cs="Arial"/>
          <w:b w:val="0"/>
          <w:i w:val="0"/>
          <w:sz w:val="20"/>
        </w:rPr>
        <w:t>~1 mi (1.5 km) from tender; shuttle bus ~€1.50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photographers, medieval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Upper Town ruins &amp; Church of Agia Sofia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€4.50–6 one-way — Taxis are available near the tender pier in Gefyra for the ~1.5 km ride to the castle gate. Cars are not permitted insid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Kastro Self-Guided Walk — </w:t>
      </w:r>
      <w:r>
        <w:rPr>
          <w:rFonts w:ascii="Arial" w:hAnsi="Arial" w:cs="Arial"/>
          <w:b w:val="0"/>
          <w:i w:val="0"/>
          <w:sz w:val="20"/>
        </w:rPr>
        <w:t>Wander the labyrinth of cobblestone alleys, visit the Church of Elkomenos Christos (Christ in Chains), and browse boutiques…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Ruins &amp; Church of Agia Sofia — </w:t>
      </w:r>
      <w:r>
        <w:rPr>
          <w:rFonts w:ascii="Arial" w:hAnsi="Arial" w:cs="Arial"/>
          <w:b w:val="0"/>
          <w:i w:val="0"/>
          <w:sz w:val="20"/>
        </w:rPr>
        <w:t>A steep 15–20 minute climb from the Lower Town leads to the uninhabited Upper Town ruins and the remarkable 12th-century…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Malvasia Wine Tasting — </w:t>
      </w:r>
      <w:r>
        <w:rPr>
          <w:rFonts w:ascii="Arial" w:hAnsi="Arial" w:cs="Arial"/>
          <w:b w:val="0"/>
          <w:i w:val="0"/>
          <w:sz w:val="20"/>
        </w:rPr>
        <w:t>Monemvasia is the birthplace of the medieval Malmsey (Malvasia) wine.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Portello Sea Swimming — </w:t>
      </w:r>
      <w:r>
        <w:rPr>
          <w:rFonts w:ascii="Arial" w:hAnsi="Arial" w:cs="Arial"/>
          <w:b w:val="0"/>
          <w:i w:val="0"/>
          <w:sz w:val="20"/>
        </w:rPr>
        <w:t>The Portello (Sea Gate) in the Lower Town's southern wall opens directly onto the Aegean.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Kakavos Beach (Gefyra) — </w:t>
      </w:r>
      <w:r>
        <w:rPr>
          <w:rFonts w:ascii="Arial" w:hAnsi="Arial" w:cs="Arial"/>
          <w:b w:val="0"/>
          <w:i w:val="0"/>
          <w:sz w:val="20"/>
        </w:rPr>
        <w:t>A pebble beach just left of the mainland bridge, a short walk from the tender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Loop: </w:t>
      </w:r>
      <w:r>
        <w:rPr>
          <w:rFonts w:ascii="Arial" w:hAnsi="Arial" w:cs="Arial"/>
          <w:b w:val="0"/>
          <w:i w:val="0"/>
          <w:sz w:val="20"/>
        </w:rPr>
        <w:t>45–60 min · Easy–Moderate · Cobblestone — Enter through the main gate, walk the main cobblestone street to the central square and Elkomenos…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to the Upper Town: </w:t>
      </w:r>
      <w:r>
        <w:rPr>
          <w:rFonts w:ascii="Arial" w:hAnsi="Arial" w:cs="Arial"/>
          <w:b w:val="0"/>
          <w:i w:val="0"/>
          <w:sz w:val="20"/>
        </w:rPr>
        <w:t>1–1.5 hrs · Strenuous · Steep stone steps — From the main square of the Lower Town, follow the Voltes path upward through the old town wall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6:20AM–8:28PM · Jul 6:21AM–8:46PM · Sep 7:10AM–7:34PM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cruiseports.org/monemvasia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Monemvasia,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emvas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Christ Elkomenos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Hagia Sophia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Church of the Virgin Mary Chrysaphitissa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of Monemvasia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Upper Town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