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MSC Ocean Cay,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former industrial sand-extraction site transformed into a pristine marine reserve, MSC Ocean Cay trades waterslides for 8 white-sand beaches, a glowing lighthouse, and some of the most protected waters in the Bahamas.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8–12 hrs (often late night or overnight) · 💵 USD / cashless island (cruise card) · 🗣️ English · 🐠 Marine Reserve — reef-safe sunscreen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walk straight off the ship,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5–10 min to nearest beach; 15–20 min to far end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late-night lighthouse light show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Lighthouse LED show after dark — stay for 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Safari — </w:t>
      </w:r>
      <w:r>
        <w:rPr>
          <w:rFonts w:ascii="Arial" w:hAnsi="Arial" w:cs="Arial"/>
          <w:b w:val="0"/>
          <w:i w:val="0"/>
          <w:sz w:val="20"/>
        </w:rPr>
        <w:t>Explore the marine reserve's protected reef and coral nursery, home to colorful fish and marine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Lighthouse Climb — </w:t>
      </w:r>
      <w:r>
        <w:rPr>
          <w:rFonts w:ascii="Arial" w:hAnsi="Arial" w:cs="Arial"/>
          <w:b w:val="0"/>
          <w:i w:val="0"/>
          <w:sz w:val="20"/>
        </w:rPr>
        <w:t>Climb the 100-foot lighthouse for 360° panoramic views of the island and your ship.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 Ski Tour — </w:t>
      </w:r>
      <w:r>
        <w:rPr>
          <w:rFonts w:ascii="Arial" w:hAnsi="Arial" w:cs="Arial"/>
          <w:b w:val="0"/>
          <w:i w:val="0"/>
          <w:sz w:val="20"/>
        </w:rPr>
        <w:t>Guided wave runner tour outside the marine reserve boundaries — open ocean speed with turquoise Bahamian scenery.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Cabana Rental — </w:t>
      </w:r>
      <w:r>
        <w:rPr>
          <w:rFonts w:ascii="Arial" w:hAnsi="Arial" w:cs="Arial"/>
          <w:b w:val="0"/>
          <w:i w:val="0"/>
          <w:sz w:val="20"/>
        </w:rPr>
        <w:t>Private beachside cabana on North, South, or Bimini Beach with cushioned furniture, floating mats, and complimentary refreshments.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Paddleboard — </w:t>
      </w:r>
      <w:r>
        <w:rPr>
          <w:rFonts w:ascii="Arial" w:hAnsi="Arial" w:cs="Arial"/>
          <w:b w:val="0"/>
          <w:i w:val="0"/>
          <w:sz w:val="20"/>
        </w:rPr>
        <w:t>Crystal kayaks, standard kayaks, and paddleboards available at ocean sports centers.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Lighthouse Bay Beach: </w:t>
      </w:r>
      <w:r>
        <w:rPr>
          <w:rFonts w:ascii="Arial" w:hAnsi="Arial" w:cs="Arial"/>
          <w:b w:val="0"/>
          <w:i w:val="0"/>
          <w:sz w:val="20"/>
        </w:rPr>
        <w:t>10 min • Easy • Free — From the Welcome Center, follow the main path past Springer's Bar to Lighthouse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 Island Loop: </w:t>
      </w:r>
      <w:r>
        <w:rPr>
          <w:rFonts w:ascii="Arial" w:hAnsi="Arial" w:cs="Arial"/>
          <w:b w:val="0"/>
          <w:i w:val="0"/>
          <w:sz w:val="20"/>
        </w:rPr>
        <w:t>30–40 min • Easy • Free — Walk the full perimeter: pier → Lighthouse Bay → Bimini Beach → South Beach → North Beach → Seakers…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6:31AM–7:54PM · Jul 6:36AM–8:09PM · Sep 7:03AM–7:20PM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cruiseports.org/msc-ocean-cay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MSC Ocean Cay,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sc-ocean-c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MSC CRUISE_Sunrise at Ocean Cay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Cay Lighthouse Bimini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Bay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