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Natchez, Mississippi,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atop 200-foot bluffs above the Mississippi, Natchez packs more antebellum mansions per square mile than anywhere in America — plus tales of pirates, plantation wealth, and a riverfront that has barely changed in 200 years.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(pier/riverbank) · 🕒 Typical call: 6–10 hrs · 💵 US Dollar · 🗣️ English · 🌿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directly at the Natchez riverfront (Silver Street / Harbor View Dr)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Flat riverfront 5 min walk; steep 0.3-mile hill climb to historic downtown (shuttles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Antebellum mansion tours, Civil War history, Southern food &amp; live music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Longwood octagonal mansion, Natchez City Cemetery Turning Angel, Fat Mama's Tamales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Wynn Transportation is a local taxi service with a mobile app (Taxi Caller) for booking; they offer a price-match guaran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Antebellum Mansion Trail — </w:t>
      </w:r>
      <w:r>
        <w:rPr>
          <w:rFonts w:ascii="Arial" w:hAnsi="Arial" w:cs="Arial"/>
          <w:b w:val="0"/>
          <w:i w:val="0"/>
          <w:sz w:val="20"/>
        </w:rPr>
        <w:t>Tour Longwood (the largest octagonal house in the US, frozen mid-construction since 1861), Stanton Hall (Greek Revival on a full…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William Johnson House &amp; NPS Sites — </w:t>
      </w:r>
      <w:r>
        <w:rPr>
          <w:rFonts w:ascii="Arial" w:hAnsi="Arial" w:cs="Arial"/>
          <w:b w:val="0"/>
          <w:i w:val="0"/>
          <w:sz w:val="20"/>
        </w:rPr>
        <w:t>Explore the National Park Service–run William Johnson House, home of a free Black businessman whose diary gives a rare…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Natchez Bluff Park Walk — </w:t>
      </w:r>
      <w:r>
        <w:rPr>
          <w:rFonts w:ascii="Arial" w:hAnsi="Arial" w:cs="Arial"/>
          <w:b w:val="0"/>
          <w:i w:val="0"/>
          <w:sz w:val="20"/>
        </w:rPr>
        <w:t>Stroll the paved bluff-top paths for unobstructed panoramas of the Mississippi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Natchez Trace Parkway Terminus — </w:t>
      </w:r>
      <w:r>
        <w:rPr>
          <w:rFonts w:ascii="Arial" w:hAnsi="Arial" w:cs="Arial"/>
          <w:b w:val="0"/>
          <w:i w:val="0"/>
          <w:sz w:val="20"/>
        </w:rPr>
        <w:t>Natchez is the southern end of the 444-mile Natchez Trace Parkway, a historic forest corridor used by Native Americans and early…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Food &amp; Riverfront Drinks — </w:t>
      </w:r>
      <w:r>
        <w:rPr>
          <w:rFonts w:ascii="Arial" w:hAnsi="Arial" w:cs="Arial"/>
          <w:b w:val="0"/>
          <w:i w:val="0"/>
          <w:sz w:val="20"/>
        </w:rPr>
        <w:t>Hit Under-the-Hill Saloon (one of the oldest bars on the Mississippi) right near the ship, then head uptown for Fat Mama's…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Natchez: </w:t>
      </w:r>
      <w:r>
        <w:rPr>
          <w:rFonts w:ascii="Arial" w:hAnsi="Arial" w:cs="Arial"/>
          <w:b w:val="0"/>
          <w:i w:val="0"/>
          <w:sz w:val="20"/>
        </w:rPr>
        <w:t>1.2 miles • Moderate (steep hill) • 25–40 min — Walk off the gangway along Silver Street, then climb the bluff road to Main Street and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1 mile • Easy (flat on top) • 20–30 min — From the shuttle drop-off, walk along Main Street past Stanton Hall,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6:09AM–7:55PM · Jul 6:11AM–8:11PM · Sep 6:50AM–7:10PM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cruiseports.org/natchez-ms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Natchez, Mississippi,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tchez-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Longwood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Village of the Natchez Indians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Natchez National Historical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Natchez Ghost Tour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Auburn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Natchez Museum-African American Culture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Forks of the Road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