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Nijmegen, Gelderland, Netherlands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Founded by the Romans in the 1st century BC, Nijmegen sits on one of the few hills in the otherwise flat Netherlands. Ships tie up right on the Waalkade promenade — step off and you're already in the city.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(Waalkade quay) · 🕒 Typical call: 8–10 hrs · 💶 Euro · 🗣️ Dutch (English universally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river ships dock along the Waalkade quay;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uphill to Grote Markt (~500 m)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Roman history, medieval old town, riverside cycling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Valkhof Park ruins &amp; De Oversteek bridge sunset tribute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€5–€10 — Standard taxis charge a base fare of ~€3.19 plus ~€2.35/km. For the short hop from the pier to city center the total is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Roman Nijmegen &amp; Valkhof Ruins — </w:t>
      </w:r>
      <w:r>
        <w:rPr>
          <w:rFonts w:ascii="Arial" w:hAnsi="Arial" w:cs="Arial"/>
          <w:b w:val="0"/>
          <w:i w:val="0"/>
          <w:sz w:val="20"/>
        </w:rPr>
        <w:t>Walk through Valkhof Park to see the 11th-century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Walk: Grote Markt &amp; Sint-Stevenskerk — </w:t>
      </w:r>
      <w:r>
        <w:rPr>
          <w:rFonts w:ascii="Arial" w:hAnsi="Arial" w:cs="Arial"/>
          <w:b w:val="0"/>
          <w:i w:val="0"/>
          <w:sz w:val="20"/>
        </w:rPr>
        <w:t>Explore the main market square with its 17th-century Boterwaag, climb the tower of the Gothic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Waal Riverside Cycling — </w:t>
      </w:r>
      <w:r>
        <w:rPr>
          <w:rFonts w:ascii="Arial" w:hAnsi="Arial" w:cs="Arial"/>
          <w:b w:val="0"/>
          <w:i w:val="0"/>
          <w:sz w:val="20"/>
        </w:rPr>
        <w:t>Rent a bike on the Waalkade and follow the dike paths east into the Ooijpolder nature reserve, where wild Konik horses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WWII Liberation: National Liberation Museum, Groesbeek — </w:t>
      </w:r>
      <w:r>
        <w:rPr>
          <w:rFonts w:ascii="Arial" w:hAnsi="Arial" w:cs="Arial"/>
          <w:b w:val="0"/>
          <w:i w:val="0"/>
          <w:sz w:val="20"/>
        </w:rPr>
        <w:t>A short taxi or bus ride from the dock, this museum near the German border tells the full story of Operation Market Garden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Veur-Lent River Beach &amp; Spiegelwaal — </w:t>
      </w:r>
      <w:r>
        <w:rPr>
          <w:rFonts w:ascii="Arial" w:hAnsi="Arial" w:cs="Arial"/>
          <w:b w:val="0"/>
          <w:i w:val="0"/>
          <w:sz w:val="20"/>
        </w:rPr>
        <w:t>Cross De Oversteek bridge to the Veur-Lent island for sandy river swimming beaches along the Spiegelwaal bypass channel — calm…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Waalkade to Grote Markt &amp; Valkhof Park: </w:t>
      </w:r>
      <w:r>
        <w:rPr>
          <w:rFonts w:ascii="Arial" w:hAnsi="Arial" w:cs="Arial"/>
          <w:b w:val="0"/>
          <w:i w:val="0"/>
          <w:sz w:val="20"/>
        </w:rPr>
        <w:t>1.5 km | 25–35 min | easy–moderate (uphill sections) — From the dock, walk along the Waalkade to the Velorama bicycle museum, then head up Burchtstraat…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 Oversteek Bridge &amp; Veur-Lent: </w:t>
      </w:r>
      <w:r>
        <w:rPr>
          <w:rFonts w:ascii="Arial" w:hAnsi="Arial" w:cs="Arial"/>
          <w:b w:val="0"/>
          <w:i w:val="0"/>
          <w:sz w:val="20"/>
        </w:rPr>
        <w:t>3 km round trip | 40–50 min | easy — Walk west along the Waalkade to the De Oversteek bridge, where 48 lamp pairs light up one by one…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Kronenburgerpark &amp; Medieval Walls: </w:t>
      </w:r>
      <w:r>
        <w:rPr>
          <w:rFonts w:ascii="Arial" w:hAnsi="Arial" w:cs="Arial"/>
          <w:b w:val="0"/>
          <w:i w:val="0"/>
          <w:sz w:val="20"/>
        </w:rPr>
        <w:t>1 km | 20 min | easy — Head west from Grote Markt to Kronenburgerpark, a landscaped English-style park with a pond…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5:43AM–9:23PM · Jul 5:35AM–9:48PM · Sep 7:11AM–7:50PM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cruiseports.org/nijmegen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Nijmegen, Gelderland, Netherlands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ijmege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Besiendershuis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Playground The Leemkuil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Mookerheide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Grenzland-Draisine GmbH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Saint Stephen's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Staddijk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Doornenburg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Wylerbergmeer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