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Nikopol, Pleven Province, Bulgaria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quiet Danube town below a fortress hill, Nikopol was a key medieval stronghold of the Second Bulgarian Empire and the site of the 1396 Battle of Nicopolis — today a tranquil river-cruise call into the heart of rural northern Bulgaria.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quay (no tender) · 🕒 Typical call: 4–6 hrs · 💵 Bulgarian Lev (BGN) · 🗣️ Bulgarian · 🏰 Medieval fortress &amp; churches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quay on the Danube waterfront — ships dock directly alongside,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Town center is a few minutes' flat walk from the quay; the fortress is a steep climb above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history, Danube fortress views, day trips to Pleven &amp; Veliko Tarnovo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Kaleto / Shishman's Fortress ruins above town and the riverfront Danube views toward Romania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~BGN 5–15 (~€2.50–€8) within town — Local taxis are available in Nikopol for trips around town or to nearby areas. Private transfers to Pleven (45 km) cost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Kaleto — Shishman's Fortress — </w:t>
      </w:r>
      <w:r>
        <w:rPr>
          <w:rFonts w:ascii="Arial" w:hAnsi="Arial" w:cs="Arial"/>
          <w:b w:val="0"/>
          <w:i w:val="0"/>
          <w:sz w:val="20"/>
        </w:rPr>
        <w:t>Climb to the ruins of the medieval fortress on the hill above town, built on a Roman and Byzantine core.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Battle of Nicopolis Heritage — </w:t>
      </w:r>
      <w:r>
        <w:rPr>
          <w:rFonts w:ascii="Arial" w:hAnsi="Arial" w:cs="Arial"/>
          <w:b w:val="0"/>
          <w:i w:val="0"/>
          <w:sz w:val="20"/>
        </w:rPr>
        <w:t>Nikopol is famous as the site of the 1396 Battle of Nicopolis, where Sultan Bayezid I's Ottoman army defeated a large European…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Veliko Tarnovo — </w:t>
      </w:r>
      <w:r>
        <w:rPr>
          <w:rFonts w:ascii="Arial" w:hAnsi="Arial" w:cs="Arial"/>
          <w:b w:val="0"/>
          <w:i w:val="0"/>
          <w:sz w:val="20"/>
        </w:rPr>
        <w:t>A longer inland excursion (~100 km) to Veliko Tarnovo, the medieval capital of the Second Bulgarian Empire, crowned by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Churches &amp; Riverfront — </w:t>
      </w:r>
      <w:r>
        <w:rPr>
          <w:rFonts w:ascii="Arial" w:hAnsi="Arial" w:cs="Arial"/>
          <w:b w:val="0"/>
          <w:i w:val="0"/>
          <w:sz w:val="20"/>
        </w:rPr>
        <w:t>Explore Nikopol's compact center on foot: medieval and Revival-era Orthodox churches, the small historical museum with finds from…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Riverfront to Town Center: </w:t>
      </w:r>
      <w:r>
        <w:rPr>
          <w:rFonts w:ascii="Arial" w:hAnsi="Arial" w:cs="Arial"/>
          <w:b w:val="0"/>
          <w:i w:val="0"/>
          <w:sz w:val="20"/>
        </w:rPr>
        <w:t>0.8 km · 12 min · Easy — From the quay, follow the Danube waterfront into the compact town center, passing the main square…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Climb to Kaleto Fortress: </w:t>
      </w:r>
      <w:r>
        <w:rPr>
          <w:rFonts w:ascii="Arial" w:hAnsi="Arial" w:cs="Arial"/>
          <w:b w:val="0"/>
          <w:i w:val="0"/>
          <w:sz w:val="20"/>
        </w:rPr>
        <w:t>1.5 km · 25 min · Moderate (uphill) — A steeper walk up from town to the Kaleto / Shishman's Fortress ruins on the hill, rewarded with…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5:55AM–8:38PM · Jul 5:52AM–9:00PM · Sep 6:59AM–7:32PM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cruiseports.org/nikopol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Nikopol, Pleven Province, Bulgaria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ikopo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Persina Nature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Central Park Turnu Magurele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