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Nordkapp (North Cape), Finnmark,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Stand at the edge of Europe. At 71°N, the Nordkapp plateau juts into the Arctic Ocean with nothing between you and the North Pole — and from mid-May to late July, the sun never sets.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pier (some tender for large ships) · 🕒 Typical call: 6-10 hrs (often midnight-sun evening calls) · 💵 Norwegian Krone (NOK) — nearly cashless · 🗣️ Norwegian (English widely spoken) · ❄️ Arctic weather year-round — always pack layers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in Honningsvåg town center; very large ships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2-5 min from pier to town shops and tour buses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Midnight Sun, the Globe Monument, King Crab dining, Arctic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Nordkapphallen panorama cinema and mailing a postcard with the Nordkapp stamp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1,600 round-trip (up to 4 people) — Taxis wait at the main parking lot in front of the cruise docks. A round trip for up to four passengers to the North Cap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Cape Plateau &amp; Globe Monument — </w:t>
      </w:r>
      <w:r>
        <w:rPr>
          <w:rFonts w:ascii="Arial" w:hAnsi="Arial" w:cs="Arial"/>
          <w:b w:val="0"/>
          <w:i w:val="0"/>
          <w:sz w:val="20"/>
        </w:rPr>
        <w:t>The essential Nordkapp experience.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 Crab Safari — </w:t>
      </w:r>
      <w:r>
        <w:rPr>
          <w:rFonts w:ascii="Arial" w:hAnsi="Arial" w:cs="Arial"/>
          <w:b w:val="0"/>
          <w:i w:val="0"/>
          <w:sz w:val="20"/>
        </w:rPr>
        <w:t>Boat out to where giant King Crabs are caught in the cold Barents Sea, then cook and eat them fresh on board or at a crab 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Midnight Sun at the Cape — </w:t>
      </w:r>
      <w:r>
        <w:rPr>
          <w:rFonts w:ascii="Arial" w:hAnsi="Arial" w:cs="Arial"/>
          <w:b w:val="0"/>
          <w:i w:val="0"/>
          <w:sz w:val="20"/>
        </w:rPr>
        <w:t>If your ship calls between May 14 and July 29, the sun never sets.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Honningsvåg &amp; WWII History — </w:t>
      </w:r>
      <w:r>
        <w:rPr>
          <w:rFonts w:ascii="Arial" w:hAnsi="Arial" w:cs="Arial"/>
          <w:b w:val="0"/>
          <w:i w:val="0"/>
          <w:sz w:val="20"/>
        </w:rPr>
        <w:t>The North Cape Museum (Nordkappmuseet) near the pier tells the story of Magerøya island, the fishing heritage, and the German…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Arctic Seabird &amp; Fjord Cruise — </w:t>
      </w:r>
      <w:r>
        <w:rPr>
          <w:rFonts w:ascii="Arial" w:hAnsi="Arial" w:cs="Arial"/>
          <w:b w:val="0"/>
          <w:i w:val="0"/>
          <w:sz w:val="20"/>
        </w:rPr>
        <w:t>RIB or zodiac boat tours along the Magerøya coastline to spot puffins, white-tailed eagles, and other Arctic seabirds on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Honningsvåg Harborfront Stroll: </w:t>
      </w:r>
      <w:r>
        <w:rPr>
          <w:rFonts w:ascii="Arial" w:hAnsi="Arial" w:cs="Arial"/>
          <w:b w:val="0"/>
          <w:i w:val="0"/>
          <w:sz w:val="20"/>
        </w:rPr>
        <w:t>1 km · 20 min · Easy · Walkable from pier — From the pier, walk along the harborfront past colorful wooden buildings to Honningsvåg Church…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Nordkapp Plateau Walk: </w:t>
      </w:r>
      <w:r>
        <w:rPr>
          <w:rFonts w:ascii="Arial" w:hAnsi="Arial" w:cs="Arial"/>
          <w:b w:val="0"/>
          <w:i w:val="0"/>
          <w:sz w:val="20"/>
        </w:rPr>
        <w:t>1-2 km on plateau · Easy · Incredible views — Once you've taken the bus to the plateau, explore the perimeter path along the cliff edge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5:27AM–6:52PM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cruiseports.org/nordkapp-north-cape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Nordkapp (North Cape), Finnmark,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ordkapp-north-cap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Honningsvåg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 Cape Experience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Nordkappmuseet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Nordkapin portaat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