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Nuku'alofa, Tongatapu, Tonga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Capital of the world's last Polynesian Kingdom, Nuku'alofa moves at pure island pace — free-roaming pigs, a Victorian royal palace, and volcanic blowholes shooting plumes 30 metres into the air await just minutes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Vuna Wharf (city-centre pier) · 🕒 Typical call: 7–9 hrs · 💵 Tongan Pa'anga (TOP); AUD/USD sometimes accepted · 🗣️ Tongan &amp; English · ⚠️ Everything closes on Sundays by law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Vuna Wharf — docked, steps from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to Royal Palace; 10 min to Talamahu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Polynesian culture, royal history, blowholes, island day-trips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Mapu 'a Vaea Blowholes on the south coast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TOP $5–20 (city); TOP $350 for 4–5 hr island tour — Taxis queue at the pier when ships are in. No meters — always agree on the fare before you go. Half-day island tours run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Mapu 'a Vaea Blowholes — </w:t>
      </w:r>
      <w:r>
        <w:rPr>
          <w:rFonts w:ascii="Arial" w:hAnsi="Arial" w:cs="Arial"/>
          <w:b w:val="0"/>
          <w:i w:val="0"/>
          <w:sz w:val="20"/>
        </w:rPr>
        <w:t>Miles of lava coastline at Houma village where waves force plumes of water up to 30 metres into the air through natural volcanic…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Ha'amonga 'a Maui Trilithon — </w:t>
      </w:r>
      <w:r>
        <w:rPr>
          <w:rFonts w:ascii="Arial" w:hAnsi="Arial" w:cs="Arial"/>
          <w:b w:val="0"/>
          <w:i w:val="0"/>
          <w:sz w:val="20"/>
        </w:rPr>
        <w:t>Tonga's 'Stonehenge' — a massive three-slab stone archway erected in the 13th century as a royal gateway or astronomical marker…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Anahulu Cave Swim — </w:t>
      </w:r>
      <w:r>
        <w:rPr>
          <w:rFonts w:ascii="Arial" w:hAnsi="Arial" w:cs="Arial"/>
          <w:b w:val="0"/>
          <w:i w:val="0"/>
          <w:sz w:val="20"/>
        </w:rPr>
        <w:t>Descend into a limestone cavern of stalactites and stalagmites, then swim in the cool freshwater pool inside.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Pangaimotu Island Day Trip — </w:t>
      </w:r>
      <w:r>
        <w:rPr>
          <w:rFonts w:ascii="Arial" w:hAnsi="Arial" w:cs="Arial"/>
          <w:b w:val="0"/>
          <w:i w:val="0"/>
          <w:sz w:val="20"/>
        </w:rPr>
        <w:t>A 10–15 minute water taxi from Faua Jetty lands you on a classic South Pacific island with white sand, snorkeling around a sunken…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Talamahu Market &amp; Town Walk — </w:t>
      </w:r>
      <w:r>
        <w:rPr>
          <w:rFonts w:ascii="Arial" w:hAnsi="Arial" w:cs="Arial"/>
          <w:b w:val="0"/>
          <w:i w:val="0"/>
          <w:sz w:val="20"/>
        </w:rPr>
        <w:t>Wander Nuku'alofa's main market for taro, tropical fruit, woven mats, and wood carvings — then visit the Royal Palace fence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Market Loop: </w:t>
      </w:r>
      <w:r>
        <w:rPr>
          <w:rFonts w:ascii="Arial" w:hAnsi="Arial" w:cs="Arial"/>
          <w:b w:val="0"/>
          <w:i w:val="0"/>
          <w:sz w:val="20"/>
        </w:rPr>
        <w:t>2.5 km · 30–40 min · Flat — A simple loop taking in all of walkable Nuku'alofa: head right from the pier along the waterfront…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7:03AM–6:10PM · Jul 7:18AM–6:15PM · Sep 6:37AM–6:34PM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cruiseports.org/nukualofa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Nuku'alofa, Tongatapu, Tonga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ukualof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Tombs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Tahi Tonga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Tonga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3 Headed Coconut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Anahulu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Tsunami Rock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Palace Of Tonga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