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Nyborg, Funen,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first capital sits at the foot of the Great Belt Bridge — a medieval gem of ramparts, a royal castle, and cobblestone streets just 10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6-8 hrs · 💵 Danish Krone (DKK) — cards accepted everywhere · 🗣️ Danish (English spoken fluently) · 🚲 Very bike-friendly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Cruise Quay, Nyborg Havn (~1 km to town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(flat, scenic harbor walk)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Danish architecture, cycling, the Great Belt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Brunsviger cake from a local bakery — Funen's signature sugar-glazed pastry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100–130 DKK (€13–17) — Taxis are available at the terminal taxi rank. Base fare is around 66 DKK plus 20 DKK/km; the short ride to the center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Nyborg Castle &amp; Ramparts — </w:t>
      </w:r>
      <w:r>
        <w:rPr>
          <w:rFonts w:ascii="Arial" w:hAnsi="Arial" w:cs="Arial"/>
          <w:b w:val="0"/>
          <w:i w:val="0"/>
          <w:sz w:val="20"/>
        </w:rPr>
        <w:t>Walk to Denmark's oldest royal castle (12th century) where the Danehof — medieval parliament — met from the mid-13th 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Borgmestergården Museum — </w:t>
      </w:r>
      <w:r>
        <w:rPr>
          <w:rFonts w:ascii="Arial" w:hAnsi="Arial" w:cs="Arial"/>
          <w:b w:val="0"/>
          <w:i w:val="0"/>
          <w:sz w:val="20"/>
        </w:rPr>
        <w:t>A beautifully preserved 17th-century half-timbered merchant's house in the heart of town, now a local history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Nyborg Destilleri Tour &amp; Tasting — </w:t>
      </w:r>
      <w:r>
        <w:rPr>
          <w:rFonts w:ascii="Arial" w:hAnsi="Arial" w:cs="Arial"/>
          <w:b w:val="0"/>
          <w:i w:val="0"/>
          <w:sz w:val="20"/>
        </w:rPr>
        <w:t>Denmark's largest craft distillery occupies a restored railway workshop near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Odense — </w:t>
      </w:r>
      <w:r>
        <w:rPr>
          <w:rFonts w:ascii="Arial" w:hAnsi="Arial" w:cs="Arial"/>
          <w:b w:val="0"/>
          <w:i w:val="0"/>
          <w:sz w:val="20"/>
        </w:rPr>
        <w:t>The birthplace of Hans Christian Andersen is a direct 15-minute train ride from Nyborg Station (15-min walk from pier).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Belt Bridge Viewpoint &amp; Beach — </w:t>
      </w:r>
      <w:r>
        <w:rPr>
          <w:rFonts w:ascii="Arial" w:hAnsi="Arial" w:cs="Arial"/>
          <w:b w:val="0"/>
          <w:i w:val="0"/>
          <w:sz w:val="20"/>
        </w:rPr>
        <w:t>Cycle or walk east along the coast to Fyns Badestrand, a Blue Flag sandy beach right beside the Great Belt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Castle &amp; Ramparts: </w:t>
      </w:r>
      <w:r>
        <w:rPr>
          <w:rFonts w:ascii="Arial" w:hAnsi="Arial" w:cs="Arial"/>
          <w:b w:val="0"/>
          <w:i w:val="0"/>
          <w:sz w:val="20"/>
        </w:rPr>
        <w:t>1.5 km · 20-25 min · Easy — Walk north from the cruise quay along the harbor promenade, turn into the old town via Kongegade…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Great Belt Beach: </w:t>
      </w:r>
      <w:r>
        <w:rPr>
          <w:rFonts w:ascii="Arial" w:hAnsi="Arial" w:cs="Arial"/>
          <w:b w:val="0"/>
          <w:i w:val="0"/>
          <w:sz w:val="20"/>
        </w:rPr>
        <w:t>2.5 km each way · 30 min · Easy (flat coastal path) — Head east from the harbor along the coastal path to Fyns Badestrand, a Blue Flag beach at the foot…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5:07AM–9:19PM · Jul 4:56AM–9:48PM · Sep 6:49AM–7:33PM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cruiseports.org/nyborg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Nyborg, Funen,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y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Borgmestergården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Nyborg Badestrand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Nyborg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Kongshøj Møllesø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Nyborg torv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Damestenen (Danmarks største sten)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