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Oarai, Ibaraki,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Pacific coast gem where an ancient torii gate rises from crashing waves, one of Japan's best aquariums awaits, and the seafood is legendary — all walkable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Japanese Yen (JPY) · 🗣️ Japanese · 🎌 Anime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docked — Wharf No. 4,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Oarai Seaside Station ~10-15 min; Isosaki Shrine ~30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culture fans, aquarium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Kamiiso-no-Torii gate at Oarai Isosaki Shrine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¥1,000–¥2,000 (Oarai town); ¥5,000–¥6,500 (to Mito) — Taxis are readily available at the port. Short rides within Oarai town are inexpensive; the 15-minute ride to Mito Stati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Oarai Isosaki Shrine &amp; Kamiiso Torii Gate — </w:t>
      </w:r>
      <w:r>
        <w:rPr>
          <w:rFonts w:ascii="Arial" w:hAnsi="Arial" w:cs="Arial"/>
          <w:b w:val="0"/>
          <w:i w:val="0"/>
          <w:sz w:val="20"/>
        </w:rPr>
        <w:t>The ancient Shinto shrine (founded 856 AD) crowns a headland above the Pacific, but the real drama is the white torii gate…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 World Oarai Aquarium — </w:t>
      </w:r>
      <w:r>
        <w:rPr>
          <w:rFonts w:ascii="Arial" w:hAnsi="Arial" w:cs="Arial"/>
          <w:b w:val="0"/>
          <w:i w:val="0"/>
          <w:sz w:val="20"/>
        </w:rPr>
        <w:t>One of Japan's largest aquariums, housing over 580 species including 60+ shark species — the most in Japan.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Oarai Seafood Market &amp; Kaisen-don — </w:t>
      </w:r>
      <w:r>
        <w:rPr>
          <w:rFonts w:ascii="Arial" w:hAnsi="Arial" w:cs="Arial"/>
          <w:b w:val="0"/>
          <w:i w:val="0"/>
          <w:sz w:val="20"/>
        </w:rPr>
        <w:t>The Oarai Kaisen Ichiba seafood market near the port is the place for fresh oysters, grilled clams, and bowls piled high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Mentai Park Oarai — </w:t>
      </w:r>
      <w:r>
        <w:rPr>
          <w:rFonts w:ascii="Arial" w:hAnsi="Arial" w:cs="Arial"/>
          <w:b w:val="0"/>
          <w:i w:val="0"/>
          <w:sz w:val="20"/>
        </w:rPr>
        <w:t>A free theme park dedicated to mentaiko (spicy cod roe) run by Kanefuku, one of Japan's top producers.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Mito City Day Trip — Kairakuen Garden &amp; Mito Castle — </w:t>
      </w:r>
      <w:r>
        <w:rPr>
          <w:rFonts w:ascii="Arial" w:hAnsi="Arial" w:cs="Arial"/>
          <w:b w:val="0"/>
          <w:i w:val="0"/>
          <w:sz w:val="20"/>
        </w:rPr>
        <w:t>A 15-minute train ride from Oarai brings you to Mito, home to Kairakuen — one of Japan's Three Great Gardens — and the ruins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Seaside Station &amp; Mentai Park Loop: </w:t>
      </w:r>
      <w:r>
        <w:rPr>
          <w:rFonts w:ascii="Arial" w:hAnsi="Arial" w:cs="Arial"/>
          <w:b w:val="0"/>
          <w:i w:val="0"/>
          <w:sz w:val="20"/>
        </w:rPr>
        <w:t>~2 km | 30-40 min | Easy | Flat — A gentle flat walk through the port area, past the Marine Tower observation deck, into the Oarai…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Isosaki Shrine &amp; Torii Gate Walk: </w:t>
      </w:r>
      <w:r>
        <w:rPr>
          <w:rFonts w:ascii="Arial" w:hAnsi="Arial" w:cs="Arial"/>
          <w:b w:val="0"/>
          <w:i w:val="0"/>
          <w:sz w:val="20"/>
        </w:rPr>
        <w:t>~3 km one way | 30-35 min | Moderate | Stairs at shrine — Follow the coastal road north from the port to Oarai Isosaki Shrine.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4:31AM–6:36PM · Jul 4:31AM–6:55PM · Sep 5:20AM–5:45PM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cruiseports.org/oarai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Oarai, Ibaraki,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ar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World Ibaraki Oarai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Mito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Torazuka Mounded Tomb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Kairakuen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Nakaminato Reverberatory Furnace Ruin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Giretsu 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Tower Mito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Jokoji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