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Olbia, Sardinia,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Sardinia's northeast gateway mixes Bronze Age nuraghi, Roman shipwrecks, and some of the Mediterranean's most dazzling turquoise water — all within reach of a single shore 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(Isola Bianca) · 🕒 Typical call: 8-10 hrs · 💶 Currency: Euro (€) · 🗣️ Language: Italian / Sardinian · 🏖️ Beach day possible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Isola Bianca Cruise Terminal, ~2 km from town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25 min on foot; free shuttle every 10 min to Piazza Regina Margherita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history, Costa Smeralda day trip, Sardinian 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Basilica di San Simplicio, Pittulongu Beach, Olbia mussels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€9–€14 — Metered taxis are available at the terminal. The ride to the city center takes roughly 5–10 minutes; fares vary by time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Pittulongu Beach by Bus — </w:t>
      </w:r>
      <w:r>
        <w:rPr>
          <w:rFonts w:ascii="Arial" w:hAnsi="Arial" w:cs="Arial"/>
          <w:b w:val="0"/>
          <w:i w:val="0"/>
          <w:sz w:val="20"/>
        </w:rPr>
        <w:t>Olbia's most popular beach with pale sand and transparent turquoise water.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Costa Smeralda &amp; Porto Cervo — </w:t>
      </w:r>
      <w:r>
        <w:rPr>
          <w:rFonts w:ascii="Arial" w:hAnsi="Arial" w:cs="Arial"/>
          <w:b w:val="0"/>
          <w:i w:val="0"/>
          <w:sz w:val="20"/>
        </w:rPr>
        <w:t>Drive or join a shore excursion to the famous Emerald Coast — mega-yachts, designer boutiques, and some of Italy's most…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Nuragic Sites: Cabu Abbas &amp; Sa Testa — </w:t>
      </w:r>
      <w:r>
        <w:rPr>
          <w:rFonts w:ascii="Arial" w:hAnsi="Arial" w:cs="Arial"/>
          <w:b w:val="0"/>
          <w:i w:val="0"/>
          <w:sz w:val="20"/>
        </w:rPr>
        <w:t>Cabu Abbas is a Bronze Age nuraghe fortress on a hill with sweeping Gulf of Olbia panoramas; Sa Testa is a Nuragic sacred well…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Tavolara Island Boat Trip — </w:t>
      </w:r>
      <w:r>
        <w:rPr>
          <w:rFonts w:ascii="Arial" w:hAnsi="Arial" w:cs="Arial"/>
          <w:b w:val="0"/>
          <w:i w:val="0"/>
          <w:sz w:val="20"/>
        </w:rPr>
        <w:t>From nearby Porto San Paolo (15 min south), boats ferry visitors to the dramatic limestone monolith of Tavolara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Olbia Old Town &amp; Archaeological Museum — </w:t>
      </w:r>
      <w:r>
        <w:rPr>
          <w:rFonts w:ascii="Arial" w:hAnsi="Arial" w:cs="Arial"/>
          <w:b w:val="0"/>
          <w:i w:val="0"/>
          <w:sz w:val="20"/>
        </w:rPr>
        <w:t>Walk Corso Umberto I, admire the majolica-tiled dome of Chiesa di San Paolo, and visit the free Archaeological Museum on its own…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Center Stroll: </w:t>
      </w:r>
      <w:r>
        <w:rPr>
          <w:rFonts w:ascii="Arial" w:hAnsi="Arial" w:cs="Arial"/>
          <w:b w:val="0"/>
          <w:i w:val="0"/>
          <w:sz w:val="20"/>
        </w:rPr>
        <w:t>45 min · Easy · Free — From Piazza Regina Margherita, walk up Corso Umberto I past boutiques and cafés.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Museum &amp; Ancient Walls Walk: </w:t>
      </w:r>
      <w:r>
        <w:rPr>
          <w:rFonts w:ascii="Arial" w:hAnsi="Arial" w:cs="Arial"/>
          <w:b w:val="0"/>
          <w:i w:val="0"/>
          <w:sz w:val="20"/>
        </w:rPr>
        <w:t>30 min · Easy · Mostly free — From the town center, cross the small bridge to the Archaeological Museum of Olbia (free entry)…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6:04AM–8:32PM · Jul 6:03AM–8:52PM · Sep 7:02AM–7:30PM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cruiseports.org/olbia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Olbia, Sardinia,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lbi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Nuraghe Riu Mulinu Cabu Abbas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BlueSea Charter Noleggio Gommoni con Skipper Olbia e Escursioni a Tavolara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Castle of Pedres (ruins)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Beach Lido del Sole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Rovine delle mura puniche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Spiaggia di Bados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Archivio Mario Cervo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 Lorenzo Church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