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Olden,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village at the foot of Europe's largest mainland glacier. Olden punches far above its weight — world-class glacier hikes, a record-breaking cable car, and milky-turquoise fjord water await just steps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(walk-off) · 🕒 Typical call: 7-9 hrs · 💵 NOK — card accepted everywhere · 🗣️ Norwegian (English widely spoken) · 🏔️ Glacier &amp; fjord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cruise pier — walk off directly; tendering very rare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5 min flat walk from pier to Olden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 hikes, cable cars, fjord scenery,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Briksdal Glacier hike or Loen Skylift cable car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~100–200 NOK / ~$10–20 USD (short trips) — Taxis are very limited in Olden; advance booking is strongly recommended. Starting fare ~100 NOK plus ~14.5 NOK/km.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Briksdal Glacier Hike — </w:t>
      </w:r>
      <w:r>
        <w:rPr>
          <w:rFonts w:ascii="Arial" w:hAnsi="Arial" w:cs="Arial"/>
          <w:b w:val="0"/>
          <w:i w:val="0"/>
          <w:sz w:val="20"/>
        </w:rPr>
        <w:t>The crown jewel of Olden.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Loen Skylift — </w:t>
      </w:r>
      <w:r>
        <w:rPr>
          <w:rFonts w:ascii="Arial" w:hAnsi="Arial" w:cs="Arial"/>
          <w:b w:val="0"/>
          <w:i w:val="0"/>
          <w:sz w:val="20"/>
        </w:rPr>
        <w:t>One of the world's steepest cable cars, ascending from sea level to 1,011 m atop Mount Hoven in just 5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Kjenndal Glacier &amp; Lovatnet Lake — </w:t>
      </w:r>
      <w:r>
        <w:rPr>
          <w:rFonts w:ascii="Arial" w:hAnsi="Arial" w:cs="Arial"/>
          <w:b w:val="0"/>
          <w:i w:val="0"/>
          <w:sz w:val="20"/>
        </w:rPr>
        <w:t>A quieter alternative to Briksdal.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RIB Boat Tour — </w:t>
      </w:r>
      <w:r>
        <w:rPr>
          <w:rFonts w:ascii="Arial" w:hAnsi="Arial" w:cs="Arial"/>
          <w:b w:val="0"/>
          <w:i w:val="0"/>
          <w:sz w:val="20"/>
        </w:rPr>
        <w:t>High-speed rigid inflatable boat tours depart directly from the pier area, giving you a fast-paced perspective of the inner…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Olden Village Walk &amp; Old Church — </w:t>
      </w:r>
      <w:r>
        <w:rPr>
          <w:rFonts w:ascii="Arial" w:hAnsi="Arial" w:cs="Arial"/>
          <w:b w:val="0"/>
          <w:i w:val="0"/>
          <w:sz w:val="20"/>
        </w:rPr>
        <w:t>Explore Olden on foot: the 1759 Olden Gamle Kyrkje (old white wooden church), the 1934 red church by the waterfront, the Oldeelva…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Olden Village &amp; Churches: </w:t>
      </w:r>
      <w:r>
        <w:rPr>
          <w:rFonts w:ascii="Arial" w:hAnsi="Arial" w:cs="Arial"/>
          <w:b w:val="0"/>
          <w:i w:val="0"/>
          <w:sz w:val="20"/>
        </w:rPr>
        <w:t>1 km · ~15 min · Flat · Free — A leisurely stroll from the cruise pier along the fjord into the heart of Olden.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Huaren Viewpoint Hike: </w:t>
      </w:r>
      <w:r>
        <w:rPr>
          <w:rFonts w:ascii="Arial" w:hAnsi="Arial" w:cs="Arial"/>
          <w:b w:val="0"/>
          <w:i w:val="0"/>
          <w:sz w:val="20"/>
        </w:rPr>
        <w:t>~4 km return · 1.5-2 hrs · Steep · Free — A challenging but free hike starting near Olden School (look for the trailhead info board) that…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4:42AM–10:15PM · Jul 4:14AM–11:02PM · Sep 6:55AM–8:00PM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cruiseports.org/olden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Olden,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ld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Oppheim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Huaren Viewpoint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LOEN Skylift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