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Oristano, Sardinia,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Few Mediterranean ports feel this untouched. Oristano delivers Phoenician ruins at the sea's edge, flamingo-rimmed lagoons, and a quartz-grain beach unlike anything else in Europe — all without the cruise-ship crowds.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(industrial port) · 🕒 Typical call: 8-10 hrs · 💶 Euro (€) · 🗣️ Italian / Sardinian · 🦩 Flamingos year-round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Porto Industriale di Santa Giusta (~5.5 km south of center)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— shuttle bus or taxi required (10–15 min ride)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lovers, beach seekers, authentic Sardinian food and wine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Tharros archaeological site and the Giants of Mont'e Prama in Cabras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€10–€15 one way — Taxis are available at the port and in the city center. Metered fares start at €3.50 with a €2.60/km rate; minimum fare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Tharros Ancient City — </w:t>
      </w:r>
      <w:r>
        <w:rPr>
          <w:rFonts w:ascii="Arial" w:hAnsi="Arial" w:cs="Arial"/>
          <w:b w:val="0"/>
          <w:i w:val="0"/>
          <w:sz w:val="20"/>
        </w:rPr>
        <w:t>Founded by the Phoenicians in the 8th century BC, Tharros sits dramatically on a narrow peninsula above turquoise water.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Giants of Mont'e Prama (Cabras Museum) — </w:t>
      </w:r>
      <w:r>
        <w:rPr>
          <w:rFonts w:ascii="Arial" w:hAnsi="Arial" w:cs="Arial"/>
          <w:b w:val="0"/>
          <w:i w:val="0"/>
          <w:sz w:val="20"/>
        </w:rPr>
        <w:t>The Civic Museum in Cabras houses massive Nuragic stone statues — roughly 3,000-year-old giants considered among the oldest…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 Arutas Quartz Beach — </w:t>
      </w:r>
      <w:r>
        <w:rPr>
          <w:rFonts w:ascii="Arial" w:hAnsi="Arial" w:cs="Arial"/>
          <w:b w:val="0"/>
          <w:i w:val="0"/>
          <w:sz w:val="20"/>
        </w:rPr>
        <w:t>The sand here is actually tiny quartz grains — translucent, sparkling pink, green, and white — making this one of the most…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Flamingo Lagoon Walk — </w:t>
      </w:r>
      <w:r>
        <w:rPr>
          <w:rFonts w:ascii="Arial" w:hAnsi="Arial" w:cs="Arial"/>
          <w:b w:val="0"/>
          <w:i w:val="0"/>
          <w:sz w:val="20"/>
        </w:rPr>
        <w:t>The Stagno di Santa Giusta lagoon (visible as you dock) and Stagno di Cabras host thousands of pink flamingos year-round.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Oristano Food &amp; Wine Tasting — </w:t>
      </w:r>
      <w:r>
        <w:rPr>
          <w:rFonts w:ascii="Arial" w:hAnsi="Arial" w:cs="Arial"/>
          <w:b w:val="0"/>
          <w:i w:val="0"/>
          <w:sz w:val="20"/>
        </w:rPr>
        <w:t>Sample bottarga (cured mullet roe — Sardinia's 'black gold'), malloreddus pasta with saffron, and Vernaccia di Oristano,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Oristano Historic Center Loop: </w:t>
      </w:r>
      <w:r>
        <w:rPr>
          <w:rFonts w:ascii="Arial" w:hAnsi="Arial" w:cs="Arial"/>
          <w:b w:val="0"/>
          <w:i w:val="0"/>
          <w:sz w:val="20"/>
        </w:rPr>
        <w:t>⏱ 45–60 min · 🚶 Easy · 📍 Flat cobblestone streets — From the shuttle drop-off at Piazza Roma, walk to the 13th-century Torre di Mariano II, then along…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6:10AM–8:33PM · Jul 6:10AM–8:52PM · Sep 7:06AM–7:33PM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cruiseports.org/oristano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Oristano, Sardinia,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ristan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Palazzo Corrias Carta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Giovanni Marongiu City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Cattedrale di Santa Maria Assunta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Chiesa e Ipogeo di San Salvatore di Sinis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Tower of Mariano II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Torre spagnola di San Giovanni di Sinis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Carlo Contini Council Picture Gallery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