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Peenemünde, Usedom,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harbor village hiding one of the 20th century's most consequential secrets — where the V-2 rocket was born, and modern spaceflight began in darkness.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🚢 Small–medium ships only · 🕒 Typical call: 6–8 hrs · 💶 Currency: Euro (€) · 🗣️ Language: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 at Hafen Peenemünde;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Museum 5–10 min walk; submarine 2 min from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 buffs, Cold War enthusiasts, Baltic island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Historical Technical Museum (V-2 rocket hall) and the Soviet U-461 submarine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~€7–€20 — Local taxi firms serve the Usedom area (e.g., Usedom.Taxi based in Zinnowitz). Short in-village trips run roughly €7; lo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V-2 Rocket Museum (HTM Peenemünde) — </w:t>
      </w:r>
      <w:r>
        <w:rPr>
          <w:rFonts w:ascii="Arial" w:hAnsi="Arial" w:cs="Arial"/>
          <w:b w:val="0"/>
          <w:i w:val="0"/>
          <w:sz w:val="20"/>
        </w:rPr>
        <w:t>The headline attraction: the Historisch-Technisches Museum occupies the former WWII power station that fueled the rocket program.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U-461 Soviet Submarine Museum — </w:t>
      </w:r>
      <w:r>
        <w:rPr>
          <w:rFonts w:ascii="Arial" w:hAnsi="Arial" w:cs="Arial"/>
          <w:b w:val="0"/>
          <w:i w:val="0"/>
          <w:sz w:val="20"/>
        </w:rPr>
        <w:t>A Juliett-class Soviet ballistic-missile submarine — the largest conventional sub in the world — sits in the harbor and is open…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Karlshagen Beach by Train — </w:t>
      </w:r>
      <w:r>
        <w:rPr>
          <w:rFonts w:ascii="Arial" w:hAnsi="Arial" w:cs="Arial"/>
          <w:b w:val="0"/>
          <w:i w:val="0"/>
          <w:sz w:val="20"/>
        </w:rPr>
        <w:t>Usedom is home to some of Germany's finest Baltic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Zinnowitz Seaside Resort — </w:t>
      </w:r>
      <w:r>
        <w:rPr>
          <w:rFonts w:ascii="Arial" w:hAnsi="Arial" w:cs="Arial"/>
          <w:b w:val="0"/>
          <w:i w:val="0"/>
          <w:sz w:val="20"/>
        </w:rPr>
        <w:t>Hop the train south to Zinnowitz, a graceful 19th-century Seebad (seaside resort) with ornate beach villas and a famous pleasure…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Bicycle Ride on the Baltic Bike Path — </w:t>
      </w:r>
      <w:r>
        <w:rPr>
          <w:rFonts w:ascii="Arial" w:hAnsi="Arial" w:cs="Arial"/>
          <w:b w:val="0"/>
          <w:i w:val="0"/>
          <w:sz w:val="20"/>
        </w:rPr>
        <w:t>Rent a bike at the harbor and explore the flat Usedom coastal path.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History Walk: </w:t>
      </w:r>
      <w:r>
        <w:rPr>
          <w:rFonts w:ascii="Arial" w:hAnsi="Arial" w:cs="Arial"/>
          <w:b w:val="0"/>
          <w:i w:val="0"/>
          <w:sz w:val="20"/>
        </w:rPr>
        <w:t>1.5 km · 20 min · Flat &amp; paved — A simple linear walk from the pier through the harbor waterfront to the Historical Technical Museum.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5:01AM–9:02PM · Jul 4:51AM–9:29PM · Sep 6:38AM–7:20PM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cruiseports.org/peenemunde-usedom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Peenemünde, Usedom,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enemunde-usedo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Historical Technical Museum, Peenemünde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Kinderland Trassenheide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world is upside down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Kraftwerk Peenemünde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 Museum Peenemünde U-461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ship Hans Beimler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Naturschutzzentrum Insel Usedom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Station 16 - The bunkers in the Peene meadows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