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Philadelphia, Pennsylvania,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American democracy packs more history per square mile than almost any city on earth. One day here means cobblestone streets older than the nation, a world-class food hall, and a bronze Rocky Balboa waiting for your selfie.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8–10 hrs · 💵 US Dollar · 🗣️ English · 🏛️ UNESCO World Heritage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PhilaPort Cruise Terminal (new 2026) or Penn's Landing;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the airport-area PhilaPort terminal; 10–15 min walk or ride-share from Penn's Landing if your ship docks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 buffs, foodies, art lovers,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Liberty Bell + Independence Hall back-to-back, then Reading Terminal Market for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$20–25 — Taxis available at the Navy Yard cruise terminal. Metered fare to Center City (~5–6 miles); expect $20–25 depending on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Independence Hall &amp; Liberty Bell — </w:t>
      </w:r>
      <w:r>
        <w:rPr>
          <w:rFonts w:ascii="Arial" w:hAnsi="Arial" w:cs="Arial"/>
          <w:b w:val="0"/>
          <w:i w:val="0"/>
          <w:sz w:val="20"/>
        </w:rPr>
        <w:t>The room where the Declaration of Independence was signed followed by America's most iconic artifact, just a block apart.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Reading Terminal Market — </w:t>
      </w:r>
      <w:r>
        <w:rPr>
          <w:rFonts w:ascii="Arial" w:hAnsi="Arial" w:cs="Arial"/>
          <w:b w:val="0"/>
          <w:i w:val="0"/>
          <w:sz w:val="20"/>
        </w:rPr>
        <w:t>Operating since 1893, this indoor market under the old Reading Railroad headhouse has 80+ vendors — Amish bakers, DiNic's roast…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Rocky Steps &amp; Philadelphia Museum of Art — </w:t>
      </w:r>
      <w:r>
        <w:rPr>
          <w:rFonts w:ascii="Arial" w:hAnsi="Arial" w:cs="Arial"/>
          <w:b w:val="0"/>
          <w:i w:val="0"/>
          <w:sz w:val="20"/>
        </w:rPr>
        <w:t>Run up the 72 stone steps at the PMA just like Rocky Balboa, snap a photo with the bronze statue, then step inside for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American Revolution — </w:t>
      </w:r>
      <w:r>
        <w:rPr>
          <w:rFonts w:ascii="Arial" w:hAnsi="Arial" w:cs="Arial"/>
          <w:b w:val="0"/>
          <w:i w:val="0"/>
          <w:sz w:val="20"/>
        </w:rPr>
        <w:t>A modern, immersive museum just steps from Independence Hall telling the full story of the Revolutionary War — including…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Eastern State Penitentiary — </w:t>
      </w:r>
      <w:r>
        <w:rPr>
          <w:rFonts w:ascii="Arial" w:hAnsi="Arial" w:cs="Arial"/>
          <w:b w:val="0"/>
          <w:i w:val="0"/>
          <w:sz w:val="20"/>
        </w:rPr>
        <w:t>Al Capone was housed 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Independence Mall to Penn's Landing: </w:t>
      </w:r>
      <w:r>
        <w:rPr>
          <w:rFonts w:ascii="Arial" w:hAnsi="Arial" w:cs="Arial"/>
          <w:b w:val="0"/>
          <w:i w:val="0"/>
          <w:sz w:val="20"/>
        </w:rPr>
        <w:t>1.5 miles · 30–40 min · Flat · Historic — Start at the Liberty Bell Center, walk one block to Independence Hall, then head east on Chestnut…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Benjamin Franklin Parkway Cultural Walk: </w:t>
      </w:r>
      <w:r>
        <w:rPr>
          <w:rFonts w:ascii="Arial" w:hAnsi="Arial" w:cs="Arial"/>
          <w:b w:val="0"/>
          <w:i w:val="0"/>
          <w:sz w:val="20"/>
        </w:rPr>
        <w:t>1 mile · 20 min one-way · Broad avenue · Grand — Walk the grand diagonal boulevard from LOVE Park (Logan Square) past the Barnes Foundation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5:45AM–8:09PM · Jul 5:45AM–8:27PM · Sep 6:42AM–7:08PM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cruiseports.org/philadelphia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Philadelphia, Pennsylvania,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iladelph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State Penitentiary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Franklin Institute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Philadelphia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Mütter Museum at The College of Physicians of Philadelphia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Bell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Philadelphia's Magic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Please Touch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New Jersey Museum &amp;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