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Plymouth, Devon,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Plymouth is where the Pilgrims set sail, Drake played bowls while the Armada approached, and the Royal Navy shaped empires. Today it's a walkable, spirited harbour city with free museums, a great aquarium, and one of England's oldest gin distilleries.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or pier at Millbay Docks · 🕒 Typical call: 7-9 hrs · 💷 British Pound (GBP) · 🗣️ English · 🏛️ Rich maritime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Barbican Landing Stage (most ships); smaller vessels dock at Millbay Docks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drops you directly at the Barbican; Millbay Docks is 15-20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walking, seafood, gin tours, coastal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Plymouth Hoe panorama, Mayflower Steps, The Box museum (free), Plymouth Gin Distillery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£13–£16 — Local metered taxis are readily available at the port. A short ride to Plymouth city centre or the train station costs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Plymouth Citybus — Ocean City Sights (Service 25)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Barbican &amp; Mayflower Steps Walk — </w:t>
      </w:r>
      <w:r>
        <w:rPr>
          <w:rFonts w:ascii="Arial" w:hAnsi="Arial" w:cs="Arial"/>
          <w:b w:val="0"/>
          <w:i w:val="0"/>
          <w:sz w:val="20"/>
        </w:rPr>
        <w:t>Stroll the cobbled Tudor streets of the Barbican quarter, visit the Mayflower Steps where the Pilgrims departed in 1620,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Plymouth Hoe &amp; Smeaton's Tower — </w:t>
      </w:r>
      <w:r>
        <w:rPr>
          <w:rFonts w:ascii="Arial" w:hAnsi="Arial" w:cs="Arial"/>
          <w:b w:val="0"/>
          <w:i w:val="0"/>
          <w:sz w:val="20"/>
        </w:rPr>
        <w:t>Walk up to Plymouth Hoe for sweeping views across Plymouth Sound, see Drake's famous bowling green, the Naval Memorial, and climb…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Plymouth Gin Distillery Tour — </w:t>
      </w:r>
      <w:r>
        <w:rPr>
          <w:rFonts w:ascii="Arial" w:hAnsi="Arial" w:cs="Arial"/>
          <w:b w:val="0"/>
          <w:i w:val="0"/>
          <w:sz w:val="20"/>
        </w:rPr>
        <w:t>Tour Black Friars Distillery — England's oldest working gin distillery, in a building dating to the 1400s.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Marine Aquarium — </w:t>
      </w:r>
      <w:r>
        <w:rPr>
          <w:rFonts w:ascii="Arial" w:hAnsi="Arial" w:cs="Arial"/>
          <w:b w:val="0"/>
          <w:i w:val="0"/>
          <w:sz w:val="20"/>
        </w:rPr>
        <w:t>The UK's largest aquarium sits right at Sutton Harbour, a short walk from the Barbican.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Edgcumbe &amp; Cawsand Ferry — </w:t>
      </w:r>
      <w:r>
        <w:rPr>
          <w:rFonts w:ascii="Arial" w:hAnsi="Arial" w:cs="Arial"/>
          <w:b w:val="0"/>
          <w:i w:val="0"/>
          <w:sz w:val="20"/>
        </w:rPr>
        <w:t>Take the Cawsand Ferry from the Barbican across Plymouth Sound into Cornwall.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Barbican to Plymouth Hoe Loop: </w:t>
      </w:r>
      <w:r>
        <w:rPr>
          <w:rFonts w:ascii="Arial" w:hAnsi="Arial" w:cs="Arial"/>
          <w:b w:val="0"/>
          <w:i w:val="0"/>
          <w:sz w:val="20"/>
        </w:rPr>
        <w:t>2.5 km | ~45 min | Easy-moderate — From the Barbican Landing Stage, walk the Mayflower Steps and Barbican cobbles, head up Hoe Road…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Barbican to Royal William Yard (Coastal Path): </w:t>
      </w:r>
      <w:r>
        <w:rPr>
          <w:rFonts w:ascii="Arial" w:hAnsi="Arial" w:cs="Arial"/>
          <w:b w:val="0"/>
          <w:i w:val="0"/>
          <w:sz w:val="20"/>
        </w:rPr>
        <w:t>3 km | ~50 min | Easy — Walk west along the waterfront from the Barbican, past Millbay, to the magnificent Royal William…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5:29AM–8:57PM · Jul 5:22AM–9:21PM · Sep 6:52AM–7:29PM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cruiseports.org/plymouth-uk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Plymouth, Devon,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lymouth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Devonport Naval Heritage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Michael's Chapel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Plymouth Synagogue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Buckland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Elizabethan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Dartmoor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Saltmill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