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Ponza Island, Lazio,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"Capri without the crowds" — this crescent-shaped volcanic island enchants with pastel houses stacked above a turquoise harbor, Roman sea caves, and coves reachable only by water.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6-8 hrs · 💶 Currency: Euro · 🗣️ Language: Italian · 🚤 Best explored by boat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Golfo di Ponza; tenders land at Molo Musco in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 min flat to Piazza Pisacane from tender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Boat touring, Roman history, swimming, Italian village atmosphere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Grotte di Pilato Roman fish caves and the Frontone Beach water taxi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€9–€16 — Local taxis wait near the port. Short rides to beaches and viewpoints cost €9–€16 depending on destination; the port are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Self-Drive Gozzo Rental — </w:t>
      </w:r>
      <w:r>
        <w:rPr>
          <w:rFonts w:ascii="Arial" w:hAnsi="Arial" w:cs="Arial"/>
          <w:b w:val="0"/>
          <w:i w:val="0"/>
          <w:sz w:val="20"/>
        </w:rPr>
        <w:t>Rent a traditional wooden gozzo or small RIB from harbor vendors.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Grotte di Pilato Boat Tour — </w:t>
      </w:r>
      <w:r>
        <w:rPr>
          <w:rFonts w:ascii="Arial" w:hAnsi="Arial" w:cs="Arial"/>
          <w:b w:val="0"/>
          <w:i w:val="0"/>
          <w:sz w:val="20"/>
        </w:rPr>
        <w:t>Five Roman-carved tunnels and pools where emperors kept sacred moray eels.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Frontone Beach Day — </w:t>
      </w:r>
      <w:r>
        <w:rPr>
          <w:rFonts w:ascii="Arial" w:hAnsi="Arial" w:cs="Arial"/>
          <w:b w:val="0"/>
          <w:i w:val="0"/>
          <w:sz w:val="20"/>
        </w:rPr>
        <w:t>Hop a water taxi (barcaiolo) from the port to Frontone Beach — a trendy lido with loungers, a beach bar, and brilliant clear water.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Natural Pools at Cala Feola — </w:t>
      </w:r>
      <w:r>
        <w:rPr>
          <w:rFonts w:ascii="Arial" w:hAnsi="Arial" w:cs="Arial"/>
          <w:b w:val="0"/>
          <w:i w:val="0"/>
          <w:sz w:val="20"/>
        </w:rPr>
        <w:t>The Piscine Naturali near Cala Feola are shallow, sandy natural pools carved in volcanic rock — perfect for families and calm…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Ponza Porto Town Walk — </w:t>
      </w:r>
      <w:r>
        <w:rPr>
          <w:rFonts w:ascii="Arial" w:hAnsi="Arial" w:cs="Arial"/>
          <w:b w:val="0"/>
          <w:i w:val="0"/>
          <w:sz w:val="20"/>
        </w:rPr>
        <w:t>Stroll the amphitheater-shaped harbor, Piazza Pisacane, and the winding vicoli behind the waterfront.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Harbor to Chiaia di Luna Overlook: </w:t>
      </w:r>
      <w:r>
        <w:rPr>
          <w:rFonts w:ascii="Arial" w:hAnsi="Arial" w:cs="Arial"/>
          <w:b w:val="0"/>
          <w:i w:val="0"/>
          <w:sz w:val="20"/>
        </w:rPr>
        <w:t>15-20 min uphill · 1.5 km · Moderate — Walk from the tender pier up the road toward the west side of the island to the overlook above…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Ponza Porto Town Circuit: </w:t>
      </w:r>
      <w:r>
        <w:rPr>
          <w:rFonts w:ascii="Arial" w:hAnsi="Arial" w:cs="Arial"/>
          <w:b w:val="0"/>
          <w:i w:val="0"/>
          <w:sz w:val="20"/>
        </w:rPr>
        <w:t>30-45 min · Easy · Flat harbor + steps — From the tender pier, walk Piazza Pisacane, Corso Pisacane, and the narrow vicoli behind the harbor…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5:50AM–8:18PM · Jul 5:49AM–8:38PM · Sep 6:49AM–7:16PM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cruiseports.org/ponza-island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Ponza Island, Lazio,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nza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Giardino Botanico Ponziano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Grotte di Pilato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Zannone 1954 - Boat Ponza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