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Cervo, Sardinia,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Sardinia's playground of the ultra-wealthy, Porto Cervo delivers crystalline turquoise coves, a glamorous superyacht marina, and some of the Mediterranean's most beautiful beaches — all arriving by tender into the heart of the action.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Currency: Euro (€) · 🗣️ Language: Italian · 🌡️ Best season: June–September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drop at marina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drops in downtown Porto Cervo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boat tours to La Maddalena, luxury people-watching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Cala del Faro beach, Stella Maris Church views, marina promenade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within Porto Cervo; €70–€90 to/from Olbia — Local taxis are available near the harbor. Fixed-rate private transfers to Olbia (the nearest cruise hub) run €70–90 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Maddalena Archipelago Boat Tour — </w:t>
      </w:r>
      <w:r>
        <w:rPr>
          <w:rFonts w:ascii="Arial" w:hAnsi="Arial" w:cs="Arial"/>
          <w:b w:val="0"/>
          <w:i w:val="0"/>
          <w:sz w:val="20"/>
        </w:rPr>
        <w:t>The highlight excursion from Porto Cervo.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Costa Smeralda Beach Day — </w:t>
      </w:r>
      <w:r>
        <w:rPr>
          <w:rFonts w:ascii="Arial" w:hAnsi="Arial" w:cs="Arial"/>
          <w:b w:val="0"/>
          <w:i w:val="0"/>
          <w:sz w:val="20"/>
        </w:rPr>
        <w:t>Hire a taxi or join a tour to Spiaggia del Principe, Liscia Ruja, or the iconic Capriccioli coves.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Nuragic Ruins at Nuraghe La Prisgiona — </w:t>
      </w:r>
      <w:r>
        <w:rPr>
          <w:rFonts w:ascii="Arial" w:hAnsi="Arial" w:cs="Arial"/>
          <w:b w:val="0"/>
          <w:i w:val="0"/>
          <w:sz w:val="20"/>
        </w:rPr>
        <w:t>Sardinia's mysterious Bronze Age towers are among the most impressive prehistoric monuments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Pantaleo Village &amp; Local Market — </w:t>
      </w:r>
      <w:r>
        <w:rPr>
          <w:rFonts w:ascii="Arial" w:hAnsi="Arial" w:cs="Arial"/>
          <w:b w:val="0"/>
          <w:i w:val="0"/>
          <w:sz w:val="20"/>
        </w:rPr>
        <w:t>A charming granite hilltop village in the Gallura hinterland, just 15 minutes by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Snorkeling the Coves — </w:t>
      </w:r>
      <w:r>
        <w:rPr>
          <w:rFonts w:ascii="Arial" w:hAnsi="Arial" w:cs="Arial"/>
          <w:b w:val="0"/>
          <w:i w:val="0"/>
          <w:sz w:val="20"/>
        </w:rPr>
        <w:t>Rent a kayak from the beach or join a guided sea-kayak tour to explore the granite-fringed coves around Porto Cervo that are…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to Stella Maris &amp; New Marina: </w:t>
      </w:r>
      <w:r>
        <w:rPr>
          <w:rFonts w:ascii="Arial" w:hAnsi="Arial" w:cs="Arial"/>
          <w:b w:val="0"/>
          <w:i w:val="0"/>
          <w:sz w:val="20"/>
        </w:rPr>
        <w:t>1.5 km · 30–40 min · Easy — From the tender pontoon, wind up through Porto Vecchio past designer boutiques to Piazza Azzurra…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 Granu Short Beach Walk: </w:t>
      </w:r>
      <w:r>
        <w:rPr>
          <w:rFonts w:ascii="Arial" w:hAnsi="Arial" w:cs="Arial"/>
          <w:b w:val="0"/>
          <w:i w:val="0"/>
          <w:sz w:val="20"/>
        </w:rPr>
        <w:t>1 km each way · 15 min · Easy — An easy footpath from the marina area leads to Cala Granu, the closest beach to the port — calm…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6:03AM–8:33PM · Jul 6:02AM–8:52PM · Sep 7:02AM–7:30PM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cruiseports.org/porto-cervo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 Cervo, Sardinia,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cerv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e Tomba di Garibaldi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Li Itriceddi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Nazionale dell'Arcipelago di La Maddalena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Cala Andreani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Del Piccolo Pevero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di Cannigione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geo-mineralogico naturalistico di La Maddalena-Caprera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Hruska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