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Empedocle, Sicily,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one of the ancient world's greatest temple complexes, Porto Empedocle is a workaday Sicilian port town that also claims fame as the real-life inspiration for Andrea Camilleri's beloved Inspector Montalbano stories.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(Banchina Todaro) · 🕒 Typical call: 8-10 hrs · 💶 Euro (€) · 🗣️ Italian · 🏛️ UNESCO World Heritage nearby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Banchina Todaro (T1/T2),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 (1–1.5 km along the seafront)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Valley of the Temples, Greek history, Sicilian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Temple of Concordia at the Valley of the Temples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€20–€25 one way — Taxis wait outside the port and reach Agrigento Centrale (~9 km) in about 12 minutes. Agree on the fare before departure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Black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Valley of the Temples — </w:t>
      </w:r>
      <w:r>
        <w:rPr>
          <w:rFonts w:ascii="Arial" w:hAnsi="Arial" w:cs="Arial"/>
          <w:b w:val="0"/>
          <w:i w:val="0"/>
          <w:sz w:val="20"/>
        </w:rPr>
        <w:t>A UNESCO World Heritage Site and one of the best-preserved Greek temple complexes outside Greece.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Scala dei Turchi — </w:t>
      </w:r>
      <w:r>
        <w:rPr>
          <w:rFonts w:ascii="Arial" w:hAnsi="Arial" w:cs="Arial"/>
          <w:b w:val="0"/>
          <w:i w:val="0"/>
          <w:sz w:val="20"/>
        </w:rPr>
        <w:t>A stunning white marl cliff sculpted by wind and sea into natural staircases, about 11 km west of Porto Empedocle near Realmonte.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Agrigento Old Town &amp; Montalbano Trail — </w:t>
      </w:r>
      <w:r>
        <w:rPr>
          <w:rFonts w:ascii="Arial" w:hAnsi="Arial" w:cs="Arial"/>
          <w:b w:val="0"/>
          <w:i w:val="0"/>
          <w:sz w:val="20"/>
        </w:rPr>
        <w:t>Agrigento's medieval hilltop centro storico has a striking Norman cathedral, the Via Atenea market street, and several plaques…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Sicilian Food &amp; Market Walk — </w:t>
      </w:r>
      <w:r>
        <w:rPr>
          <w:rFonts w:ascii="Arial" w:hAnsi="Arial" w:cs="Arial"/>
          <w:b w:val="0"/>
          <w:i w:val="0"/>
          <w:sz w:val="20"/>
        </w:rPr>
        <w:t>Porto Empedocle's waterfront trattorias serve fresh-caught fish, pasta con le sarde, and Sicilian cannoli at local prices.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Full-Day Combo: Temples + Scala dei Turchi — </w:t>
      </w:r>
      <w:r>
        <w:rPr>
          <w:rFonts w:ascii="Arial" w:hAnsi="Arial" w:cs="Arial"/>
          <w:b w:val="0"/>
          <w:i w:val="0"/>
          <w:sz w:val="20"/>
        </w:rPr>
        <w:t>Hire a driver or join a combo tour that hits the Valley of the Temples in the morning, then heads to Scala dei Turchi cliff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Seafront Promenade to Town Center: </w:t>
      </w:r>
      <w:r>
        <w:rPr>
          <w:rFonts w:ascii="Arial" w:hAnsi="Arial" w:cs="Arial"/>
          <w:b w:val="0"/>
          <w:i w:val="0"/>
          <w:sz w:val="20"/>
        </w:rPr>
        <w:t>1.2 km · 15 min · Easy · Flat — From the cruise pier, follow the waterfront promenade west into the heart of Porto Empedocle.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Vigàta Trail: Montalbano Landmarks: </w:t>
      </w:r>
      <w:r>
        <w:rPr>
          <w:rFonts w:ascii="Arial" w:hAnsi="Arial" w:cs="Arial"/>
          <w:b w:val="0"/>
          <w:i w:val="0"/>
          <w:sz w:val="20"/>
        </w:rPr>
        <w:t>2 km · 30 min · Easy · Flat — Follow the self-guided trail through town spotting locations from Camilleri's Montalbano novels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5:57AM–8:07PM · Jul 5:57AM–8:25PM · Sep 6:48AM–7:13PM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cruiseports.org/porto-empedocle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Empedocle, Sicily,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empedocl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the Dioscuri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Olympian Zeus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B&amp;B Zu Tanu e Za Carmela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Archaeological Museum "Pietro Griffo" of Agrigento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Romana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Scala dei Turchi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Vulcano (Hefestos)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