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Porto Levante, Vulcano, Aeolian Islands, Italy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island that gave the world the word 'volcano.' Vulcano greets you with a sulfur tang in the air, fumaroles hissing at the waterfront, and one of the most dramatic crater hikes in the Mediterranean — all reachable on foot from the tender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· 🕒 Typical call: 6-8 hrs · 💶 Currency: Euro · 🗣️ Language: Italian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in the bay; tenders land at the Porto Levante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to village; 3 min to mud baths; 10 min to black sand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Volcanic crater hike, thermal mud baths, Aeolian food &amp; wine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Gran Cratere hike for 360° Aeolian archipelago views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€10–€20 — Licensed taxis and NCC (Noleggio Con Conducente) private car services operate in the area around Porto Levante and nearb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 Cratere Crater Hike — </w:t>
      </w:r>
      <w:r>
        <w:rPr>
          <w:rFonts w:ascii="Arial" w:hAnsi="Arial" w:cs="Arial"/>
          <w:b w:val="0"/>
          <w:i w:val="0"/>
          <w:sz w:val="20"/>
        </w:rPr>
        <w:t>A 45–60 min climb to the rim of Vulcano's active Fossa crater rewards you with 360° views across the whole Aeolian archipelago…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Thermal Mud Baths (Laghetto di Fanghi) — </w:t>
      </w:r>
      <w:r>
        <w:rPr>
          <w:rFonts w:ascii="Arial" w:hAnsi="Arial" w:cs="Arial"/>
          <w:b w:val="0"/>
          <w:i w:val="0"/>
          <w:sz w:val="20"/>
        </w:rPr>
        <w:t>Lather yourself in warm mineral mud just 3 minutes from the pier, then rinse off in the sea where underwater geothermal vents…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Black Sand Beach (Sabbie Nere) — </w:t>
      </w:r>
      <w:r>
        <w:rPr>
          <w:rFonts w:ascii="Arial" w:hAnsi="Arial" w:cs="Arial"/>
          <w:b w:val="0"/>
          <w:i w:val="0"/>
          <w:sz w:val="20"/>
        </w:rPr>
        <w:t>A dramatic crescent of jet-black volcanic sand on the Porto Ponente side, 10 minutes' walk from the pier.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 dei Mostri (Valley of Monsters) — </w:t>
      </w:r>
      <w:r>
        <w:rPr>
          <w:rFonts w:ascii="Arial" w:hAnsi="Arial" w:cs="Arial"/>
          <w:b w:val="0"/>
          <w:i w:val="0"/>
          <w:sz w:val="20"/>
        </w:rPr>
        <w:t>On the Vulcanello peninsula, wind and lava have carved black basalt into shapes that look like mythical beasts.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Boat Tour to Venus Pool &amp; Horse Cave — </w:t>
      </w:r>
      <w:r>
        <w:rPr>
          <w:rFonts w:ascii="Arial" w:hAnsi="Arial" w:cs="Arial"/>
          <w:b w:val="0"/>
          <w:i w:val="0"/>
          <w:sz w:val="20"/>
        </w:rPr>
        <w:t>Local boatmen at the pier run 1-2 hour trips around the west coast to the Venus Pool (Piscina di Venere) — a turquoise natural…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to Crater Trailhead &amp; Back: </w:t>
      </w:r>
      <w:r>
        <w:rPr>
          <w:rFonts w:ascii="Arial" w:hAnsi="Arial" w:cs="Arial"/>
          <w:b w:val="0"/>
          <w:i w:val="0"/>
          <w:sz w:val="20"/>
        </w:rPr>
        <w:t>2.5 km | 2-3 hrs with climb | Moderate — Walk straight from the pier through the village, past the fumaroles, and up to the Gran Cratere…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Isthmus Walk: Levante to Sabbie Nere Beach: </w:t>
      </w:r>
      <w:r>
        <w:rPr>
          <w:rFonts w:ascii="Arial" w:hAnsi="Arial" w:cs="Arial"/>
          <w:b w:val="0"/>
          <w:i w:val="0"/>
          <w:sz w:val="20"/>
        </w:rPr>
        <w:t>1 km | 10 min | Easy — Cross the flat sandy isthmus from the east-side mud baths and hot-spring beach over to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5:41AM–8:32PM · Jul 5:38AM–8:54PM · Sep 6:49AM–7:21PM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cruiseports.org/porto-levante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Porto Levante, Vulcano, Aeolian Islands, Italy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orto-levant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Parco Regionale Veneto del Delta del Po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Panoramic 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Bagno azzurra boccasette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