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Portobelo, Colón, Panama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UNESCO-listed colonial stronghold on Panama's Caribbean coast, Portobelo guards its Spanish forts, Black Christ legend, and turquoise bay with quiet pride — bring cash and an umbrella.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5–7 hrs · 💵 USD (cash essential) · 🗣️ Spanish · 🏛️ UNESCO World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water taxis to 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from tender dock to Fuerte San Jerónimo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history, snorkeling, Afro-Panamanian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Iglesia de San Felipe (Black Christ church) and Fuerte San Jerónimo cannons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$40–$45 one-way — Local taxis near the waterfront can take you to Colón (~50 km away). Negotiate the fare before departing; asking the dri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Spanish Forts &amp; UNESCO Ruins — </w:t>
      </w:r>
      <w:r>
        <w:rPr>
          <w:rFonts w:ascii="Arial" w:hAnsi="Arial" w:cs="Arial"/>
          <w:b w:val="0"/>
          <w:i w:val="0"/>
          <w:sz w:val="20"/>
        </w:rPr>
        <w:t>Wander three Spanish colonial fortifications — Fuerte San Jerónimo, Fuerte San Fernando, and Fuerte Santiago — that once guarded…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Black Christ Church (Iglesia de San Felipe) — </w:t>
      </w:r>
      <w:r>
        <w:rPr>
          <w:rFonts w:ascii="Arial" w:hAnsi="Arial" w:cs="Arial"/>
          <w:b w:val="0"/>
          <w:i w:val="0"/>
          <w:sz w:val="20"/>
        </w:rPr>
        <w:t>Visit the 1814 church housing the venerated Nazareno of Portobelo — the Black Christ.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&amp; Catamaran Day — </w:t>
      </w:r>
      <w:r>
        <w:rPr>
          <w:rFonts w:ascii="Arial" w:hAnsi="Arial" w:cs="Arial"/>
          <w:b w:val="0"/>
          <w:i w:val="0"/>
          <w:sz w:val="20"/>
        </w:rPr>
        <w:t>Catamaran tours from Portobelo explore Caribbean cays, coral reefs, and starfish-filled shallows.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 Grande Boat Trip — </w:t>
      </w:r>
      <w:r>
        <w:rPr>
          <w:rFonts w:ascii="Arial" w:hAnsi="Arial" w:cs="Arial"/>
          <w:b w:val="0"/>
          <w:i w:val="0"/>
          <w:sz w:val="20"/>
        </w:rPr>
        <w:t>Isla Grande is a relaxed Caribbean island with beaches, a small restaurant strip, and a lighthouse.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Portobelo National Park &amp; Kayaking — </w:t>
      </w:r>
      <w:r>
        <w:rPr>
          <w:rFonts w:ascii="Arial" w:hAnsi="Arial" w:cs="Arial"/>
          <w:b w:val="0"/>
          <w:i w:val="0"/>
          <w:sz w:val="20"/>
        </w:rPr>
        <w:t>The national park surrounding the town includes mangrove forests, jungle trails, coral reefs, and nesting turtle beaches.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&amp; Church Walking Loop: </w:t>
      </w:r>
      <w:r>
        <w:rPr>
          <w:rFonts w:ascii="Arial" w:hAnsi="Arial" w:cs="Arial"/>
          <w:b w:val="0"/>
          <w:i w:val="0"/>
          <w:sz w:val="20"/>
        </w:rPr>
        <w:t>~1.5 km · 45–60 min · easy — From the tender dock, walk along the waterfront to Fuerte San Jerónimo, then continue to Fuerte San…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Customs House &amp; Waterfront Stroll: </w:t>
      </w:r>
      <w:r>
        <w:rPr>
          <w:rFonts w:ascii="Arial" w:hAnsi="Arial" w:cs="Arial"/>
          <w:b w:val="0"/>
          <w:i w:val="0"/>
          <w:sz w:val="20"/>
        </w:rPr>
        <w:t>~0.5 km · 20 min · easy — Short stroll from the dock past the restored Real Aduana (Royal Customs House) — once the counting…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6:16AM–6:13PM · Jul 6:26AM–6:22PM · Sep 6:11AM–6:15PM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cruiseports.org/portobelo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Portobelo, Colón, Panama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obel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Nacional Portobelo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Customs House of Portobelo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Iglesia de San Felipe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Santiago Battery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