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Portofino, Liguria,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crescent of pastel facades, luxury yachts, and lush Ligurian hillsides — Portofino is tiny, traffic-free, and unforgettable. Every cruise ship anchors offshore and tenders in, dropping you steps from the famous Piazzetta.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💶 Euro (€) · 🗣️ Italian · 🌊 Weather can cancel tender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bay, ~10–15 min ride to Molo Umberto 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directly at the Piazzetta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strolling, seafood &amp; pesto, Castello Brown views, light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Castello Brown panorama, focaccia al formaggio, the lighthouse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€12–€13 to Santa Margherita Ligure — Taxis are available in Portofino for rides to nearby towns. The 15-minute trip to Santa Margherita Ligure runs roughly €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Brown &amp; Harbor Views — </w:t>
      </w:r>
      <w:r>
        <w:rPr>
          <w:rFonts w:ascii="Arial" w:hAnsi="Arial" w:cs="Arial"/>
          <w:b w:val="0"/>
          <w:i w:val="0"/>
          <w:sz w:val="20"/>
        </w:rPr>
        <w:t>Climb the steep path above the Piazzetta to this 16th-century fortress-turned-house-museum.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Lighthouse Walk (Al Faro) — </w:t>
      </w:r>
      <w:r>
        <w:rPr>
          <w:rFonts w:ascii="Arial" w:hAnsi="Arial" w:cs="Arial"/>
          <w:b w:val="0"/>
          <w:i w:val="0"/>
          <w:sz w:val="20"/>
        </w:rPr>
        <w:t>A shaded, mostly paved 30–40-minute path threads along the clifftop peninsula from the Piazzetta to the historic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Abbey of San Fruttuoso by Ferry — </w:t>
      </w:r>
      <w:r>
        <w:rPr>
          <w:rFonts w:ascii="Arial" w:hAnsi="Arial" w:cs="Arial"/>
          <w:b w:val="0"/>
          <w:i w:val="0"/>
          <w:sz w:val="20"/>
        </w:rPr>
        <w:t>A roughly 25–30-minute public ferry ride delivers you to a medieval Benedictine abbey set directly on a pebble cove — reachable…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Paraggi Beach — </w:t>
      </w:r>
      <w:r>
        <w:rPr>
          <w:rFonts w:ascii="Arial" w:hAnsi="Arial" w:cs="Arial"/>
          <w:b w:val="0"/>
          <w:i w:val="0"/>
          <w:sz w:val="20"/>
        </w:rPr>
        <w:t>The nearest sandy beach, a 20-minute walk or 5-minute bus ride from the Piazzetta.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Ligurian Pesto &amp; Focaccia Tasting — </w:t>
      </w:r>
      <w:r>
        <w:rPr>
          <w:rFonts w:ascii="Arial" w:hAnsi="Arial" w:cs="Arial"/>
          <w:b w:val="0"/>
          <w:i w:val="0"/>
          <w:sz w:val="20"/>
        </w:rPr>
        <w:t>Liguria invented pesto Genovese and focaccia.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Lighthouse Loop: </w:t>
      </w:r>
      <w:r>
        <w:rPr>
          <w:rFonts w:ascii="Arial" w:hAnsi="Arial" w:cs="Arial"/>
          <w:b w:val="0"/>
          <w:i w:val="0"/>
          <w:sz w:val="20"/>
        </w:rPr>
        <w:t>2.5–3 km · 1–1.5 hrs · Moderate (uphill sections) — Start at Molo Umberto I on the Piazzetta, wind up the paved path to the Church of San Giorgio…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Piazzetta to Paraggi Beach: </w:t>
      </w:r>
      <w:r>
        <w:rPr>
          <w:rFonts w:ascii="Arial" w:hAnsi="Arial" w:cs="Arial"/>
          <w:b w:val="0"/>
          <w:i w:val="0"/>
          <w:sz w:val="20"/>
        </w:rPr>
        <w:t>2 km one-way · 20–25 min · Easy (shaded path) — Take the signed pedestrian passeggiata that runs parallel to the coastal road to reach Paraggi's…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5:56AM–8:43PM · Jul 5:53AM–9:04PM · Sep 7:02AM–7:33PM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cruiseports.org/portofino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Portofino, Liguria,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fi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Sant'Apollinare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Funivia Rapallo Montallegro Stazione a Valle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Nicolò di Capodimonte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Funivia Rapallo - Montallegro / Stazione a monte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Abbazia di San Fruttuoso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di Villa Rocca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 Siro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Pietre Strette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