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Portsmouth, England,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UK's only island city and birthplace of the Royal Navy, Portsmouth packs 800 years of maritime history into one walkable waterfront — with world-class warships, a dramatic harbour, and a modern outlet marina just steps apart.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💷 British Pound (GBP) · 🗣️ English · 🚢 Portsmouth International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Portsmouth International Port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miles (40 min) to Historic Dockyard; flat terrain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history, warships, waterfront dining, outlet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HMS Victory &amp; the Mary Rose Museum at the Historic Dockyard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£6–£8 — The cruise terminal is less than a mile from Portsmouth city centre; a taxi takes 3–5 minutes. Licensed taxis queue outs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Portsmouth Historic Dockyard — </w:t>
      </w:r>
      <w:r>
        <w:rPr>
          <w:rFonts w:ascii="Arial" w:hAnsi="Arial" w:cs="Arial"/>
          <w:b w:val="0"/>
          <w:i w:val="0"/>
          <w:sz w:val="20"/>
        </w:rPr>
        <w:t>The centrepiece of any Portsmouth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Spinnaker Tower &amp; Gunwharf Quays — </w:t>
      </w:r>
      <w:r>
        <w:rPr>
          <w:rFonts w:ascii="Arial" w:hAnsi="Arial" w:cs="Arial"/>
          <w:b w:val="0"/>
          <w:i w:val="0"/>
          <w:sz w:val="20"/>
        </w:rPr>
        <w:t>Ride the lift up the 170m sail-shaped Spinnaker Tower for 360° views of the harbour, Solent, and Isle of Wight — including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Portsmouth &amp; The Hotwalls — </w:t>
      </w:r>
      <w:r>
        <w:rPr>
          <w:rFonts w:ascii="Arial" w:hAnsi="Arial" w:cs="Arial"/>
          <w:b w:val="0"/>
          <w:i w:val="0"/>
          <w:sz w:val="20"/>
        </w:rPr>
        <w:t>Wander cobblestone lanes past the Round Tower, Square Tower, and Royal Garrison Church — defences that have guarded the harbour…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D-Day Story Museum — </w:t>
      </w:r>
      <w:r>
        <w:rPr>
          <w:rFonts w:ascii="Arial" w:hAnsi="Arial" w:cs="Arial"/>
          <w:b w:val="0"/>
          <w:i w:val="0"/>
          <w:sz w:val="20"/>
        </w:rPr>
        <w:t>The UK's only museum dedicated entirely to the Normandy landings, housing the 83m Overlord Embroidery (a 20th-century Bayeux…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Southsea Seafront &amp; Hovercraft — </w:t>
      </w:r>
      <w:r>
        <w:rPr>
          <w:rFonts w:ascii="Arial" w:hAnsi="Arial" w:cs="Arial"/>
          <w:b w:val="0"/>
          <w:i w:val="0"/>
          <w:sz w:val="20"/>
        </w:rPr>
        <w:t>Stroll the wide promenade along Southsea Common (100+ acres) to shingle Southsea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Harbour Loop: </w:t>
      </w:r>
      <w:r>
        <w:rPr>
          <w:rFonts w:ascii="Arial" w:hAnsi="Arial" w:cs="Arial"/>
          <w:b w:val="0"/>
          <w:i w:val="0"/>
          <w:sz w:val="20"/>
        </w:rPr>
        <w:t>2.5 miles · 60-75 min · Easy · Flat — Start at Gunwharf Quays, walk past the Spinnaker Tower base and along the waterfront toward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Southsea Promenade Walk: </w:t>
      </w:r>
      <w:r>
        <w:rPr>
          <w:rFonts w:ascii="Arial" w:hAnsi="Arial" w:cs="Arial"/>
          <w:b w:val="0"/>
          <w:i w:val="0"/>
          <w:sz w:val="20"/>
        </w:rPr>
        <w:t>2 miles · 45-60 min · Easy · Flat seafront — From Old Portsmouth's Hotwalls, walk east along the seafront promenade past the D-Day memorial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5:15AM–8:46PM · Jul 5:08AM–9:11PM · Sep 6:40AM–7:17PM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cruiseports.org/portsmouth-uk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Portsmouth, England,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smouth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Portsmouth Historic Dockyard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Spinnaker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Navy Museums: HMS Victory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Navy Museums: HMS Warrior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Brockhurst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Hovercraft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Appley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