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Positano, Amalfi Coast,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Pastel houses cascade down sheer cliffs to a dark-pebble beach — Positano is the Amalfi Coast at its most dramatic. Expect steep staircases, chic boutiques, fresh seafood, and views that belong on a postcard.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(boutique/expedition ships only) · 🕒 Typical call: 6–8 hrs · 💶 Currency: Euro (€) · 🗣️ Language: Italian · 🏔️ Strenuous walking — lots of stairs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 anchors in bay; tender to Molo di Positano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 min flat to Spiaggia Grande; 5–10 min uphill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wandering, beaches, handmade sandals, Amalfi Coast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Church of Santa Maria Assunta dome; Fornillo Beach; custom leather sandals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€10–15 in town; €120–150 to Sorrento/Amalfi — Licensed taxis operate from ranks near the beach and upper road. Fares within Positano are fixed but steep; longer trans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Amalfi Coast Boat Tour — </w:t>
      </w:r>
      <w:r>
        <w:rPr>
          <w:rFonts w:ascii="Arial" w:hAnsi="Arial" w:cs="Arial"/>
          <w:b w:val="0"/>
          <w:i w:val="0"/>
          <w:sz w:val="20"/>
        </w:rPr>
        <w:t>Board a traditional wooden gozzo for a private or shared tour along the coast — sea caves, the Li Galli islands (said to be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Path of the Gods Hike — </w:t>
      </w:r>
      <w:r>
        <w:rPr>
          <w:rFonts w:ascii="Arial" w:hAnsi="Arial" w:cs="Arial"/>
          <w:b w:val="0"/>
          <w:i w:val="0"/>
          <w:sz w:val="20"/>
        </w:rPr>
        <w:t>The Sentiero degli Dei trails across the cliffs 630 m above sea level with breathtaking views of the entire Amalfi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Villa Under the Church (MAR Museum) — </w:t>
      </w:r>
      <w:r>
        <w:rPr>
          <w:rFonts w:ascii="Arial" w:hAnsi="Arial" w:cs="Arial"/>
          <w:b w:val="0"/>
          <w:i w:val="0"/>
          <w:sz w:val="20"/>
        </w:rPr>
        <w:t>Descend beneath the Church of Santa Maria Assunta into a remarkably preserved 1st-century Roman villa buried by Vesuvius in 79 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Fornillo Beach Day — </w:t>
      </w:r>
      <w:r>
        <w:rPr>
          <w:rFonts w:ascii="Arial" w:hAnsi="Arial" w:cs="Arial"/>
          <w:b w:val="0"/>
          <w:i w:val="0"/>
          <w:sz w:val="20"/>
        </w:rPr>
        <w:t>Escape Spiaggia Grande's crowds via the scenic Via Positanesi d'America path — a mostly flat 10-minute coastal walk ending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Capri by Ferry — </w:t>
      </w:r>
      <w:r>
        <w:rPr>
          <w:rFonts w:ascii="Arial" w:hAnsi="Arial" w:cs="Arial"/>
          <w:b w:val="0"/>
          <w:i w:val="0"/>
          <w:sz w:val="20"/>
        </w:rPr>
        <w:t>Regular high-speed ferries run from Positano's pier to Capri in about 50 minutes.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Piazza dei Mulini (Town Center): </w:t>
      </w:r>
      <w:r>
        <w:rPr>
          <w:rFonts w:ascii="Arial" w:hAnsi="Arial" w:cs="Arial"/>
          <w:b w:val="0"/>
          <w:i w:val="0"/>
          <w:sz w:val="20"/>
        </w:rPr>
        <w:t>20 min round-trip | Moderate uphill | Paved paths — From the tender pier, follow the pedestrian alley uphill past boutique shops, ceramic stalls,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Fornillo Beach: </w:t>
      </w:r>
      <w:r>
        <w:rPr>
          <w:rFonts w:ascii="Arial" w:hAnsi="Arial" w:cs="Arial"/>
          <w:b w:val="0"/>
          <w:i w:val="0"/>
          <w:sz w:val="20"/>
        </w:rPr>
        <w:t>20–25 min round-trip | Easy-flat | Scenic coastal walk — From the main pier, follow the Via Positanesi d'America coastal walkway — it hugs the cliff face…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5:45AM–8:12PM · Jul 5:44AM–8:31PM · Sep 6:43AM–7:10PM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cruiseports.org/positano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Positano, Amalfi Coast,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sita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Meleager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Macellum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Amphitheatre of Pompeii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Isis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brothel of Pompeii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Venus in Pompeii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Santi Felice and Baccolo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