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Praia da Vitória, Terceira, Azores, Portugal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Terceira's east-coast port town opens onto the Azores' best sandy beach — and an island packed with volcanic caves, patchwork hillsides, and a UNESCO Renaissance city just 20 minutes away.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(Porto Comercial) · 🕒 Typical call: 8-10 hrs · 💶 Euro (€) · 🗣️ Portuguese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Porto Comercial da Praia da Vitória;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~1.5–2 km flat walk along the marina; shuttle often available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Volcanic landscapes, UNESCO city, patchwork viewpoints, beach day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Algar do Carvão volcanic chimney and a plate of Alcatra beef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€10–15 — Taxis wait at the pier and can reach the town center in minutes. Fares are metered; expect €10–15 for the short ride wit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Algar do Carvão — Volcanic Chimney — </w:t>
      </w:r>
      <w:r>
        <w:rPr>
          <w:rFonts w:ascii="Arial" w:hAnsi="Arial" w:cs="Arial"/>
          <w:b w:val="0"/>
          <w:i w:val="0"/>
          <w:sz w:val="20"/>
        </w:rPr>
        <w:t>Descend into one of the world's only accessible volcanic chimneys — a moss-draped cavern ending in a crystal-clear rainwater lake.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Angra do Heroísmo — UNESCO Old City — </w:t>
      </w:r>
      <w:r>
        <w:rPr>
          <w:rFonts w:ascii="Arial" w:hAnsi="Arial" w:cs="Arial"/>
          <w:b w:val="0"/>
          <w:i w:val="0"/>
          <w:sz w:val="20"/>
        </w:rPr>
        <w:t>Terceira's capital is a beautifully preserved Renaissance city with 16th-century fortresses, cobblestone streets, and the lush…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Serra do Cume Viewpoint — </w:t>
      </w:r>
      <w:r>
        <w:rPr>
          <w:rFonts w:ascii="Arial" w:hAnsi="Arial" w:cs="Arial"/>
          <w:b w:val="0"/>
          <w:i w:val="0"/>
          <w:sz w:val="20"/>
        </w:rPr>
        <w:t>Terceira's most photographed panorama: an emerald patchwork of green fields divided by black volcanic stone walls.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Biscoitos Natural Pools — </w:t>
      </w:r>
      <w:r>
        <w:rPr>
          <w:rFonts w:ascii="Arial" w:hAnsi="Arial" w:cs="Arial"/>
          <w:b w:val="0"/>
          <w:i w:val="0"/>
          <w:sz w:val="20"/>
        </w:rPr>
        <w:t>Atlantic rock pools on Terceira's north coast formed from volcanic basalt — calm enough to swim while surf breaks just outside.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Impérios &amp; Holy Spirit Chapels — </w:t>
      </w:r>
      <w:r>
        <w:rPr>
          <w:rFonts w:ascii="Arial" w:hAnsi="Arial" w:cs="Arial"/>
          <w:b w:val="0"/>
          <w:i w:val="0"/>
          <w:sz w:val="20"/>
        </w:rPr>
        <w:t>Terceira's brightly painted Holy Spirit chapels — called Impérios — are unique to this island.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&amp; Beach Stroll: </w:t>
      </w:r>
      <w:r>
        <w:rPr>
          <w:rFonts w:ascii="Arial" w:hAnsi="Arial" w:cs="Arial"/>
          <w:b w:val="0"/>
          <w:i w:val="0"/>
          <w:sz w:val="20"/>
        </w:rPr>
        <w:t>1.5 km · 20 min · Flat · Easy — Walk the marina promenade to Praia Grande beach, then cut through the pedestrianized Rua de Jesus…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Facho Viewpoint Hike: </w:t>
      </w:r>
      <w:r>
        <w:rPr>
          <w:rFonts w:ascii="Arial" w:hAnsi="Arial" w:cs="Arial"/>
          <w:b w:val="0"/>
          <w:i w:val="0"/>
          <w:sz w:val="20"/>
        </w:rPr>
        <w:t>2 km round-trip · 30-40 min · Strenuous climb · Rewarding views — From the town center, follow the staircase path up to Miradouro do Facho for a panoramic sweep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6:36AM–8:53PM · Jul 6:36AM–9:12PM · Sep 7:30AM–7:55PM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cruiseports.org/praia-da-vitoria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Praia da Vitória, Terceira, Azores, Portugal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aia-da-vitor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Algar do Carvão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da Riviera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Vitorino Nemésio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da Serra do Cume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Facho Viewpoint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Baía das Canas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Miradouro da Ponta da Má Merenda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