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Princess Cays, Eleuthera,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Half a mile of white-sand beach on the southern tip of Eleuthera — a private slice of the Bahamas served up exclusively for cruise guests, with a living coral reef just steps from 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💵 USD / cruise card (vendors: cash only) · 🗣️ English · 🏖️ Private beach resort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 anchors offshore; 10–20 min tender ride to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day, snorkeling, bungalow rentals, family relaxation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Coral reef snorkeling just off the beach; Bahamian straw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Watch Out For: </w:t>
      </w:r>
      <w:r>
        <w:rPr>
          <w:rFonts w:ascii="Arial" w:hAnsi="Arial" w:cs="Arial"/>
          <w:b w:val="0"/>
          <w:i w:val="0"/>
          <w:sz w:val="20"/>
        </w:rPr>
        <w:t>Rocky shoreline entry — water shoes are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the Natural Reef — </w:t>
      </w:r>
      <w:r>
        <w:rPr>
          <w:rFonts w:ascii="Arial" w:hAnsi="Arial" w:cs="Arial"/>
          <w:b w:val="0"/>
          <w:i w:val="0"/>
          <w:sz w:val="20"/>
        </w:rPr>
        <w:t>A thriving coral reef sits just offshore, accessible from the beach with minimal swimming.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Dune Buggy Heritage Adventure — </w:t>
      </w:r>
      <w:r>
        <w:rPr>
          <w:rFonts w:ascii="Arial" w:hAnsi="Arial" w:cs="Arial"/>
          <w:b w:val="0"/>
          <w:i w:val="0"/>
          <w:sz w:val="20"/>
        </w:rPr>
        <w:t>Cruise off the resort property and explore Eleuthera's dramatic scenery and local heritage on an open dune buggy.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Stingray Encounter — </w:t>
      </w:r>
      <w:r>
        <w:rPr>
          <w:rFonts w:ascii="Arial" w:hAnsi="Arial" w:cs="Arial"/>
          <w:b w:val="0"/>
          <w:i w:val="0"/>
          <w:sz w:val="20"/>
        </w:rPr>
        <w:t>Wade into a sheltered lagoon on-site and interact with southern stingrays in a guided, shallow-water experience — a big hit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Private Bungalow or Clamshell — </w:t>
      </w:r>
      <w:r>
        <w:rPr>
          <w:rFonts w:ascii="Arial" w:hAnsi="Arial" w:cs="Arial"/>
          <w:b w:val="0"/>
          <w:i w:val="0"/>
          <w:sz w:val="20"/>
        </w:rPr>
        <w:t>Reserve a shaded clamshell (two loungers, canvas canopy) or an air-conditioned bungalow for the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Clear-Bottom Kayaking — </w:t>
      </w:r>
      <w:r>
        <w:rPr>
          <w:rFonts w:ascii="Arial" w:hAnsi="Arial" w:cs="Arial"/>
          <w:b w:val="0"/>
          <w:i w:val="0"/>
          <w:sz w:val="20"/>
        </w:rPr>
        <w:t>Paddle a transparent kayak over Eleuthera's brilliant shallow flats and spot sea life below without getting wet.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Observation Tower &amp; South Beach: </w:t>
      </w:r>
      <w:r>
        <w:rPr>
          <w:rFonts w:ascii="Arial" w:hAnsi="Arial" w:cs="Arial"/>
          <w:b w:val="0"/>
          <w:i w:val="0"/>
          <w:sz w:val="20"/>
        </w:rPr>
        <w:t>~1.5 km one-way | Easy | 15–20 min — From the tender marina, stroll south past the main beach bars and grill toward quieter South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Bahamian Straw Market Stroll: </w:t>
      </w:r>
      <w:r>
        <w:rPr>
          <w:rFonts w:ascii="Arial" w:hAnsi="Arial" w:cs="Arial"/>
          <w:b w:val="0"/>
          <w:i w:val="0"/>
          <w:sz w:val="20"/>
        </w:rPr>
        <w:t>~5 min from marina | Easy — Just beyond the marina, a designated area hosts local Bahamian artisans selling straw hats, bags…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cruiseports.org/princess-cays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Princess Cays, Eleuthera,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incess-cay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Disney Lighthouse Point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Disney’s Lookout Cay at Lighthouse 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