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Propriano, Corsica,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Corsica's most authentic harbor towns, Propriano puts turquoise beaches, the Bronze Age statue-menhirs of Filitosa, and the maquis-scented alleys of Sartène all within easy reach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(small ships) / Tender (large ships) · 🕒 Typical call: 6-8 hrs · 💵 Euro (€) · 🗣️ French / Corsican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Small-to-mid ships dock at Quai de l'Herminier; larger ships anchor in the Gulf of Valinco and tender to the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flat walk to shops and restaurants; beach in 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prehistory (Filitosa), Corsican food and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Filitosa megalithic site — Bronze Age carved statue-menhirs (c. 1500 BC), 20 min from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€20–€35 to Sartène; €15–€25 to Filitosa — Taxis are available near the port but limited in number — book in advance if possible. Agree on the fare before departur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Filitosa Megalithic Site — </w:t>
      </w:r>
      <w:r>
        <w:rPr>
          <w:rFonts w:ascii="Arial" w:hAnsi="Arial" w:cs="Arial"/>
          <w:b w:val="0"/>
          <w:i w:val="0"/>
          <w:sz w:val="20"/>
        </w:rPr>
        <w:t>One of the Mediterranean's most important prehistoric sites: carved statue-menhirs with human faces, weapons, and armor (erected…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Sartène: Most Corsican of Towns — </w:t>
      </w:r>
      <w:r>
        <w:rPr>
          <w:rFonts w:ascii="Arial" w:hAnsi="Arial" w:cs="Arial"/>
          <w:b w:val="0"/>
          <w:i w:val="0"/>
          <w:sz w:val="20"/>
        </w:rPr>
        <w:t>Perched on a granite ridge 15 minutes south, Sartène is a medieval labyrinth of tall stone houses, narrow cobblestone alleys,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at Campomoro or Portigliolo — </w:t>
      </w:r>
      <w:r>
        <w:rPr>
          <w:rFonts w:ascii="Arial" w:hAnsi="Arial" w:cs="Arial"/>
          <w:b w:val="0"/>
          <w:i w:val="0"/>
          <w:sz w:val="20"/>
        </w:rPr>
        <w:t>The sheltered bay at Belvédère-Campomoro offers incredibly calm, shallow turquoise water perfect for swimming and paddleboarding.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Campomoro Genoese Tower Hike — </w:t>
      </w:r>
      <w:r>
        <w:rPr>
          <w:rFonts w:ascii="Arial" w:hAnsi="Arial" w:cs="Arial"/>
          <w:b w:val="0"/>
          <w:i w:val="0"/>
          <w:sz w:val="20"/>
        </w:rPr>
        <w:t>The largest Genoese watchtower on Corsica sits on a dramatic headland above the village of Campomoro.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Corsican Food &amp; Market Tasting — </w:t>
      </w:r>
      <w:r>
        <w:rPr>
          <w:rFonts w:ascii="Arial" w:hAnsi="Arial" w:cs="Arial"/>
          <w:b w:val="0"/>
          <w:i w:val="0"/>
          <w:sz w:val="20"/>
        </w:rPr>
        <w:t>Stroll Rue du Général de Gaulle for charcuterie (prisuttu, lonzu, coppa), brocciu cheese fritters, Pietra chestnut beer,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&amp; Town Centre Stroll: </w:t>
      </w:r>
      <w:r>
        <w:rPr>
          <w:rFonts w:ascii="Arial" w:hAnsi="Arial" w:cs="Arial"/>
          <w:b w:val="0"/>
          <w:i w:val="0"/>
          <w:sz w:val="20"/>
        </w:rPr>
        <w:t>30–45 min • Flat • Free — From the cruise pier, walk along the waterfront to the Port de Plaisance marina, lined with yachts…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de Mancinu Beach Walk: </w:t>
      </w:r>
      <w:r>
        <w:rPr>
          <w:rFonts w:ascii="Arial" w:hAnsi="Arial" w:cs="Arial"/>
          <w:b w:val="0"/>
          <w:i w:val="0"/>
          <w:sz w:val="20"/>
        </w:rPr>
        <w:t>10 min each way • Flat • Free — Head west from the marina along the seafront to Plage de Mancinu (also called Plage du Faro).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6:04AM–8:37PM · Jul 6:03AM–8:56PM · Sep 7:04AM–7:33PM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cruiseports.org/propriano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Propriano, Corsica,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prian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CMPV Promenades en mer Propriano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Eglise Notre Dame de Miséricorde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Belvedere Campomoro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 Propriano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Étang de Tanchiccia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du Lido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Nature Park On olva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