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Puerto Natales, Magallanes, Chile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edge of the known world, Puerto Natales is the launching pad for Torres del Paine's granite spires, ancient glaciers, and some of the most dramatic scenery on Earth. Wind-scoured and wonderfully remote.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(expedition ships) / Tender (large ships) · 🕒 Typical call: 6-8 hrs · 💵 Chilean Peso (CLP)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Expedition ships dock at Puerto Bories (~5 km); large ships tender to the Puerto Natales Marine Terminal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10–15 min flat walk from tender pier to Plaza de Armas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Torres del Paine day trips, glacier cruises, Patagonian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Milodon Cave and a Calafate Sour at the Plaza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CLP 1,000–2,000 (~USD 1–2) in-town — Local taxis have no meters; agree on a fare before boarding. Very affordable for short city hops; slightly higher when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Torres del Paine National Park — </w:t>
      </w:r>
      <w:r>
        <w:rPr>
          <w:rFonts w:ascii="Arial" w:hAnsi="Arial" w:cs="Arial"/>
          <w:b w:val="0"/>
          <w:i w:val="0"/>
          <w:sz w:val="20"/>
        </w:rPr>
        <w:t>One of the world's great natural wonders: turquoise lakes, condors overhead, and the iconic granite towers rising roughly 2,500 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Balmaceda &amp; Serrano Glaciers Boat Tour — </w:t>
      </w:r>
      <w:r>
        <w:rPr>
          <w:rFonts w:ascii="Arial" w:hAnsi="Arial" w:cs="Arial"/>
          <w:b w:val="0"/>
          <w:i w:val="0"/>
          <w:sz w:val="20"/>
        </w:rPr>
        <w:t>Cruise the Última Esperanza Fjord past cormorant colonies and sea lions to two dramatic hanging glaciers.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Cueva del Milodón Natural Monument — </w:t>
      </w:r>
      <w:r>
        <w:rPr>
          <w:rFonts w:ascii="Arial" w:hAnsi="Arial" w:cs="Arial"/>
          <w:b w:val="0"/>
          <w:i w:val="0"/>
          <w:sz w:val="20"/>
        </w:rPr>
        <w:t>A massive cave where remains of a prehistoric giant ground sloth were found in 1895.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Estancia Experience &amp; Traditional Asado — </w:t>
      </w:r>
      <w:r>
        <w:rPr>
          <w:rFonts w:ascii="Arial" w:hAnsi="Arial" w:cs="Arial"/>
          <w:b w:val="0"/>
          <w:i w:val="0"/>
          <w:sz w:val="20"/>
        </w:rPr>
        <w:t>Visit a working Patagonian sheep ranch by boat.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Fjords — </w:t>
      </w:r>
      <w:r>
        <w:rPr>
          <w:rFonts w:ascii="Arial" w:hAnsi="Arial" w:cs="Arial"/>
          <w:b w:val="0"/>
          <w:i w:val="0"/>
          <w:sz w:val="20"/>
        </w:rPr>
        <w:t>Paddle the calm channels of the Última Esperanza Sound with a guide, passing steep cliffs and watching for black-necked swans…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Costanera Stroll: </w:t>
      </w:r>
      <w:r>
        <w:rPr>
          <w:rFonts w:ascii="Arial" w:hAnsi="Arial" w:cs="Arial"/>
          <w:b w:val="0"/>
          <w:i w:val="0"/>
          <w:sz w:val="20"/>
        </w:rPr>
        <w:t>1.5 km · 20 min · Easy · Free — Follow the Costanera promenade from the Marine Terminal past the old wooden Muelle Histórico (a…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de Armas &amp; Artisan Market: </w:t>
      </w:r>
      <w:r>
        <w:rPr>
          <w:rFonts w:ascii="Arial" w:hAnsi="Arial" w:cs="Arial"/>
          <w:b w:val="0"/>
          <w:i w:val="0"/>
          <w:sz w:val="20"/>
        </w:rPr>
        <w:t>0.5 km · 15 min browsing · Easy · Free — Wander the leafy plaza with its church and municipal building, then duck into the Pueblo Artesanal…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9:23AM–6:08PM · Jul 9:49AM–6:03PM · Sep 7:54AM–7:36PM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cruiseports.org/puerto-natales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Puerto Natales, Magallanes, Chile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erto-nata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de Armas Arturo Prat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Tourism Service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Municipal Historical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Mano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Muelle Viejo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