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Plata (Amber Cove),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purpose-built resort pier where the pool and water slides are free, blue amber glows under UV light, and the 27 Charcos waterfall canyon awaits 30 minutes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7–9 hrs · 💵 USD widely accepted / DOP · 🗣️ Spanish (English at port) · 🏖️ No beach at pier — excursion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— no tender. Long walk (~400 m) to terminal; free rickshaws available.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Puerto Plata city is 20 min by taxi (~$80 RT for up to 5); not walkable from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 adventures, resort pool days, cable car, Dominican amber shopping.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27 Charcos de Damajagua — slide and jump down natural limestone waterfalls.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$15–$40 one-way — Official taxis line up just outside Amber Cove with posted rates — roughly $15–$20/group for up to 4 passengers to Puert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27 Charcos de Damajagua — </w:t>
      </w:r>
      <w:r>
        <w:rPr>
          <w:rFonts w:ascii="Arial" w:hAnsi="Arial" w:cs="Arial"/>
          <w:b w:val="0"/>
          <w:i w:val="0"/>
          <w:sz w:val="20"/>
        </w:rPr>
        <w:t>Hike into a jungle canyon and slide, jump, and swim through 27 natural limestone waterfalls — the Dominican Republic's signature…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Teleférico Cable Car &amp; Mount Isabel de Torres — </w:t>
      </w:r>
      <w:r>
        <w:rPr>
          <w:rFonts w:ascii="Arial" w:hAnsi="Arial" w:cs="Arial"/>
          <w:b w:val="0"/>
          <w:i w:val="0"/>
          <w:sz w:val="20"/>
        </w:rPr>
        <w:t>The only cable car in the Caribbean rises to 2,600 ft.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Dorada Beach Day — </w:t>
      </w:r>
      <w:r>
        <w:rPr>
          <w:rFonts w:ascii="Arial" w:hAnsi="Arial" w:cs="Arial"/>
          <w:b w:val="0"/>
          <w:i w:val="0"/>
          <w:sz w:val="20"/>
        </w:rPr>
        <w:t>The best sand beach near port — golden, calm, and lined with all-inclusive resorts offering day passes.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Plata City &amp; Fortaleza San Felipe — </w:t>
      </w:r>
      <w:r>
        <w:rPr>
          <w:rFonts w:ascii="Arial" w:hAnsi="Arial" w:cs="Arial"/>
          <w:b w:val="0"/>
          <w:i w:val="0"/>
          <w:sz w:val="20"/>
        </w:rPr>
        <w:t>Explore a charming Victorian colonial town — visit the 16th-century Spanish fort, colorful Umbrella Street, and the atmospheric…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Sosúa Snorkel &amp; Beach — </w:t>
      </w:r>
      <w:r>
        <w:rPr>
          <w:rFonts w:ascii="Arial" w:hAnsi="Arial" w:cs="Arial"/>
          <w:b w:val="0"/>
          <w:i w:val="0"/>
          <w:sz w:val="20"/>
        </w:rPr>
        <w:t>A crescent bay with calm turquoise water and good snorkeling.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Amber Cove Hilltop Lookout: </w:t>
      </w:r>
      <w:r>
        <w:rPr>
          <w:rFonts w:ascii="Arial" w:hAnsi="Arial" w:cs="Arial"/>
          <w:b w:val="0"/>
          <w:i w:val="0"/>
          <w:sz w:val="20"/>
        </w:rPr>
        <w:t>20 min round trip · Easy · Free — A paved path climbs from the pool area to a hilltop bar with 360° views over the cove, the docked…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Plata Malecón &amp; Colonial Zone Stroll: </w:t>
      </w:r>
      <w:r>
        <w:rPr>
          <w:rFonts w:ascii="Arial" w:hAnsi="Arial" w:cs="Arial"/>
          <w:b w:val="0"/>
          <w:i w:val="0"/>
          <w:sz w:val="20"/>
        </w:rPr>
        <w:t>1–2 hrs · Easy · Taxi to start · ~$80 RT — After a taxi to Puerto Plata, walk the seafront Malecón, cut up to colorful Umbrella Street (Calle…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6:07AM–7:11PM · Jul 6:12AM–7:24PM · Sep 6:30AM–6:44PM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cruiseports.org/puerto-plata-amber-cove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Plata (Amber Cove), Dominican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plata-amber-cov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Pico Isabel de Torres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Country World Adventure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Rancho Lorilar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Plata Cable Car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Macorix House of Rum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Fortaleza de San Felipe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Kviar Show Disco &amp; Casino Puerto Plata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Puntilla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