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Puerto Quetzal, Escuintla, Guatemala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Guatemala's main Pacific cruise port puts colonial Antigua, an active volcano, and ancient Mayan ruins all within striking distance. A compact terminal gets you on the road fast.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💵 GTQ / USD accepted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directly at cruise terminal,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Terminal only; no walkable town — taxis/tours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Colonial Antigua, volcano hikes, Mayan archaeology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Antigua Guatemala — UNESCO World Heritage colonial city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$50-$70/person (shared minivan) or $140-$180 private — Antigua is the main destination, ~90 min away. Negotiate fares before departing; shared minivans with a guide run ~$50/p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Antigua Guatemala — </w:t>
      </w:r>
      <w:r>
        <w:rPr>
          <w:rFonts w:ascii="Arial" w:hAnsi="Arial" w:cs="Arial"/>
          <w:b w:val="0"/>
          <w:i w:val="0"/>
          <w:sz w:val="20"/>
        </w:rPr>
        <w:t>Guatemala's showpiece colonial city is a UNESCO World Heritage site packed with cobblestone streets, crumbling convents, colorful…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Pacaya Volcano Hike — </w:t>
      </w:r>
      <w:r>
        <w:rPr>
          <w:rFonts w:ascii="Arial" w:hAnsi="Arial" w:cs="Arial"/>
          <w:b w:val="0"/>
          <w:i w:val="0"/>
          <w:sz w:val="20"/>
        </w:rPr>
        <w:t>One of Central America's most accessible active volcanoes, Pacaya lets you walk to within meters of lava flows.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Iximché Mayan Ruins — </w:t>
      </w:r>
      <w:r>
        <w:rPr>
          <w:rFonts w:ascii="Arial" w:hAnsi="Arial" w:cs="Arial"/>
          <w:b w:val="0"/>
          <w:i w:val="0"/>
          <w:sz w:val="20"/>
        </w:rPr>
        <w:t>The former capital of the Kaqchikel Maya kingdom, Iximché is less visited than Tikal but equally atmospheric — ancient plazas…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Antigua + Coffee Plantation — </w:t>
      </w:r>
      <w:r>
        <w:rPr>
          <w:rFonts w:ascii="Arial" w:hAnsi="Arial" w:cs="Arial"/>
          <w:b w:val="0"/>
          <w:i w:val="0"/>
          <w:sz w:val="20"/>
        </w:rPr>
        <w:t>Combine a walk through Antigua with a visit to a working coffee finca in the highlands, learning how Guatemala's famous…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Mangrove Kayaking — </w:t>
      </w:r>
      <w:r>
        <w:rPr>
          <w:rFonts w:ascii="Arial" w:hAnsi="Arial" w:cs="Arial"/>
          <w:b w:val="0"/>
          <w:i w:val="0"/>
          <w:sz w:val="20"/>
        </w:rPr>
        <w:t>Paddle through coastal mangrove channels near the port, spotting birds, crocodiles, and marine life.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Terminal Market Stroll: </w:t>
      </w:r>
      <w:r>
        <w:rPr>
          <w:rFonts w:ascii="Arial" w:hAnsi="Arial" w:cs="Arial"/>
          <w:b w:val="0"/>
          <w:i w:val="0"/>
          <w:sz w:val="20"/>
        </w:rPr>
        <w:t>30 min · Flat · Free — Within the cruise terminal complex you'll find a covered handicrafts market with Guatemalan…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5:35AM–6:23PM · Jul 5:42AM–6:35PM · Sep 5:52AM–6:04PM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cruiseports.org/puerto-quetzal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Puerto Quetzal, Escuintla, Guatemala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erto-quetza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Guateque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 Park Guatemala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