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Pula, Istria, Croatia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Few ports deliver Roman grandeur this quickly — Pula's 1st-century amphitheater is a 10-minute walk from the gangway. Add truffles, Adriatic seafood, and turquoise beaches and you have one of the Adriatic's most rewarding short calls.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(Quay Rijeka, most ships) · 🕒 Typical call: 7–10 hrs · 💶 Currency: Euro (€) · 🗣️ Croatian (Italian widely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at Quay Rijeka; very large ships may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10 min flat to the Arena; 15 min to Forum Square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 ruins, Istrian cuisine, beaches, walkability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Pula Arena underground galleries &amp; truffle products at the market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€8–€11 — Metered taxis are readily available at the port. Daytime rate is approx. €1.80/km with a ~€5 minimum fare; night/holiday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Bolt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Pula Arena &amp; Roman Monuments Walk — </w:t>
      </w:r>
      <w:r>
        <w:rPr>
          <w:rFonts w:ascii="Arial" w:hAnsi="Arial" w:cs="Arial"/>
          <w:b w:val="0"/>
          <w:i w:val="0"/>
          <w:sz w:val="20"/>
        </w:rPr>
        <w:t>Enter one of the world's best-preserved Roman amphitheaters, explore its underground gladiator galleries, then follow the old…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Istrian Truffle &amp; Wine Experience — </w:t>
      </w:r>
      <w:r>
        <w:rPr>
          <w:rFonts w:ascii="Arial" w:hAnsi="Arial" w:cs="Arial"/>
          <w:b w:val="0"/>
          <w:i w:val="0"/>
          <w:sz w:val="20"/>
        </w:rPr>
        <w:t>Head into the Istrian hills to taste black and white truffles paired with local Malvazija white wine and Teran red.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Verudela Peninsula Beaches — </w:t>
      </w:r>
      <w:r>
        <w:rPr>
          <w:rFonts w:ascii="Arial" w:hAnsi="Arial" w:cs="Arial"/>
          <w:b w:val="0"/>
          <w:i w:val="0"/>
          <w:sz w:val="20"/>
        </w:rPr>
        <w:t>Hop a city bus or taxi to the Verudela Peninsula for Ambrela Beach (pine shade, sunbeds, cafes) and the photogenic Hawaii Cove…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Rovinj &amp; Istrian Coastal Towns — </w:t>
      </w:r>
      <w:r>
        <w:rPr>
          <w:rFonts w:ascii="Arial" w:hAnsi="Arial" w:cs="Arial"/>
          <w:b w:val="0"/>
          <w:i w:val="0"/>
          <w:sz w:val="20"/>
        </w:rPr>
        <w:t>If your call is long enough, a guided trip to the beautifully preserved fishing town of Rovinj — with its colorful harbourfront…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Coastal Cycling &amp; Kayaking — </w:t>
      </w:r>
      <w:r>
        <w:rPr>
          <w:rFonts w:ascii="Arial" w:hAnsi="Arial" w:cs="Arial"/>
          <w:b w:val="0"/>
          <w:i w:val="0"/>
          <w:sz w:val="20"/>
        </w:rPr>
        <w:t>Rent e-bikes near the port and ride the flat Lungomare coastal path to quiet coves, or book a sea kayaking tour around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Monuments Loop: </w:t>
      </w:r>
      <w:r>
        <w:rPr>
          <w:rFonts w:ascii="Arial" w:hAnsi="Arial" w:cs="Arial"/>
          <w:b w:val="0"/>
          <w:i w:val="0"/>
          <w:sz w:val="20"/>
        </w:rPr>
        <w:t>1.5 km · 45–60 min · Easy — Walk from the Riva waterfront to the Arena, then wind up through the old town past the Arch of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Market &amp; Hidden Mosaic Stroll: </w:t>
      </w:r>
      <w:r>
        <w:rPr>
          <w:rFonts w:ascii="Arial" w:hAnsi="Arial" w:cs="Arial"/>
          <w:b w:val="0"/>
          <w:i w:val="0"/>
          <w:sz w:val="20"/>
        </w:rPr>
        <w:t>1 km · 30 min · Easy — From Forum Square, detour to the 1903 iron-and-glass Pula Green Market for local olive oil, truffle…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5:35AM–8:27PM · Jul 5:33AM–8:48PM · Sep 6:44AM–7:14PM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cruiseports.org/pula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Pula, Istria, Croatia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ul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Pula Arena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Beach Guvnina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small Roman theater in Pula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Samy's Ranch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Beach Centinera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Church of St. Blaise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Adrenalin Park Medulin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