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Quepos, Puntarenas,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banana port turned eco-tourism capital, Quepos puts you steps from one of the world's most biodiverse national parks — where sloths drape in cecropia trees and capuchin monkeys eye your lunch.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7–9 hrs · 💵 USD widely accepted · 🗣️ Spanish / English spoken · 🦥 Wildlife &amp; Nature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Marina Pez Vela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Manuel Antonio NP, sportfishing, zip-lining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 park tickets online before sailing — they sell 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$3–$5 — Official red taxis (marked with a yellow triangle and number) wait at Marina Pez Vela. The short ride to Quepos city cen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Manuel Antonio National Park — </w:t>
      </w:r>
      <w:r>
        <w:rPr>
          <w:rFonts w:ascii="Arial" w:hAnsi="Arial" w:cs="Arial"/>
          <w:b w:val="0"/>
          <w:i w:val="0"/>
          <w:sz w:val="20"/>
        </w:rPr>
        <w:t>Costa Rica's most visited park packs in four monkey species, two- and three-toed sloths, scarlet macaws, and white-sand cove…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Damas Island Mangrove Tour — </w:t>
      </w:r>
      <w:r>
        <w:rPr>
          <w:rFonts w:ascii="Arial" w:hAnsi="Arial" w:cs="Arial"/>
          <w:b w:val="0"/>
          <w:i w:val="0"/>
          <w:sz w:val="20"/>
        </w:rPr>
        <w:t>Glide by kayak or motorboat through the intricate canal network of Damas Island estuary.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Rainforest Zip-lining — </w:t>
      </w:r>
      <w:r>
        <w:rPr>
          <w:rFonts w:ascii="Arial" w:hAnsi="Arial" w:cs="Arial"/>
          <w:b w:val="0"/>
          <w:i w:val="0"/>
          <w:sz w:val="20"/>
        </w:rPr>
        <w:t>Several canopy parks outside Quepos send you flying through the jungle treetops on zip-line circuits with ocean and mountain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Snorkel &amp; Sail — </w:t>
      </w:r>
      <w:r>
        <w:rPr>
          <w:rFonts w:ascii="Arial" w:hAnsi="Arial" w:cs="Arial"/>
          <w:b w:val="0"/>
          <w:i w:val="0"/>
          <w:sz w:val="20"/>
        </w:rPr>
        <w:t>Half-day catamaran tours depart right from Marina Pez Vela for dolphin watching, snorkeling off Biesanz Bay, and an open bar.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Pacific Sportfishing — </w:t>
      </w:r>
      <w:r>
        <w:rPr>
          <w:rFonts w:ascii="Arial" w:hAnsi="Arial" w:cs="Arial"/>
          <w:b w:val="0"/>
          <w:i w:val="0"/>
          <w:sz w:val="20"/>
        </w:rPr>
        <w:t>Quepos is one of the world's top sportfishing destinations, with sailfish, mahi-mahi, roosterfish, and yellowfin tuna in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Pez Vela to Downtown Quepos: </w:t>
      </w:r>
      <w:r>
        <w:rPr>
          <w:rFonts w:ascii="Arial" w:hAnsi="Arial" w:cs="Arial"/>
          <w:b w:val="0"/>
          <w:i w:val="0"/>
          <w:sz w:val="20"/>
        </w:rPr>
        <w:t>0.6 km · 10 min · flat · paved — An easy flat walk along the waterfront from the tender dock into the heart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Quepos Malecón Waterfront Stroll: </w:t>
      </w:r>
      <w:r>
        <w:rPr>
          <w:rFonts w:ascii="Arial" w:hAnsi="Arial" w:cs="Arial"/>
          <w:b w:val="0"/>
          <w:i w:val="0"/>
          <w:sz w:val="20"/>
        </w:rPr>
        <w:t>1 km · 15 min · flat · scenic — The Malecón seawall promenade extends from the marina along the harbor, with ocean views,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5:16AM–5:49PM · Jul 5:24AM–6:01PM · Sep 5:26AM–5:36PM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cruiseports.org/quepos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Quepos, Puntarenas, Costa 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ep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Manuel Antonio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 Mangrove Tours.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Zip Coaster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Manuel Antonio Experiences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Skydive Costa Rica Quepos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