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Saaremaa Island, Estonia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Estonia's largest island rewards cruise passengers with a remarkably preserved medieval castle, Europe's oldest meteorite crater, a skyline of wooden windmills, and a cashless, English-friendly island culture that feels refreshingly unhurried.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(deepwater berth) · 🕒 Typical call: 8-10 hrs · 💶 Currency: Euro (€) · 🗣️ Estonian / English widely spoken · 🌿 Unspoiled Baltic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Saaremaa Harbour handles ships up to ~200 m; no tender required for most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Into Kuressaare: </w:t>
      </w:r>
      <w:r>
        <w:rPr>
          <w:rFonts w:ascii="Arial" w:hAnsi="Arial" w:cs="Arial"/>
          <w:b w:val="0"/>
          <w:i w:val="0"/>
          <w:sz w:val="20"/>
        </w:rPr>
        <w:t>Roomassaare pier is ~5 km from Kuressaare's Old Town; free shuttle or short taxi/bus ride on call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nature, quiet Baltic charm, day-tripper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Kuressaare Episcopal Castle &amp; Kaali Meteorite Crater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€35–40 one-way — The port at Roomassaare is about 38 km from Kuressaare town center, making taxi the most direct option. Metered fares ru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Kuressaare Episcopal Castle — </w:t>
      </w:r>
      <w:r>
        <w:rPr>
          <w:rFonts w:ascii="Arial" w:hAnsi="Arial" w:cs="Arial"/>
          <w:b w:val="0"/>
          <w:i w:val="0"/>
          <w:sz w:val="20"/>
        </w:rPr>
        <w:t>One of the best-preserved medieval castles in the Baltic, the 14th-century Kuressaare Castle houses the Saaremaa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Kaali Meteorite Crater — </w:t>
      </w:r>
      <w:r>
        <w:rPr>
          <w:rFonts w:ascii="Arial" w:hAnsi="Arial" w:cs="Arial"/>
          <w:b w:val="0"/>
          <w:i w:val="0"/>
          <w:sz w:val="20"/>
        </w:rPr>
        <w:t>The Kaali crater field — nine ancient impact craters, the largest forming a mirror-still lake — is the first scientifically…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Angla Windmill Hill — </w:t>
      </w:r>
      <w:r>
        <w:rPr>
          <w:rFonts w:ascii="Arial" w:hAnsi="Arial" w:cs="Arial"/>
          <w:b w:val="0"/>
          <w:i w:val="0"/>
          <w:sz w:val="20"/>
        </w:rPr>
        <w:t>A cluster of five traditional wooden windmills on an open hilltop, some dating to the early 20th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Panga Cliff Coastal Walk — </w:t>
      </w:r>
      <w:r>
        <w:rPr>
          <w:rFonts w:ascii="Arial" w:hAnsi="Arial" w:cs="Arial"/>
          <w:b w:val="0"/>
          <w:i w:val="0"/>
          <w:sz w:val="20"/>
        </w:rPr>
        <w:t>The highest bedrock sea cliff in western Estonia (about 21 m) on the northern coast drops dramatically into the Baltic.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Kuressaare Spa Day — </w:t>
      </w:r>
      <w:r>
        <w:rPr>
          <w:rFonts w:ascii="Arial" w:hAnsi="Arial" w:cs="Arial"/>
          <w:b w:val="0"/>
          <w:i w:val="0"/>
          <w:sz w:val="20"/>
        </w:rPr>
        <w:t>Kuressaare has a long spa tradition fed by therapeutic muds and sea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Castle Loop: </w:t>
      </w:r>
      <w:r>
        <w:rPr>
          <w:rFonts w:ascii="Arial" w:hAnsi="Arial" w:cs="Arial"/>
          <w:b w:val="0"/>
          <w:i w:val="0"/>
          <w:sz w:val="20"/>
        </w:rPr>
        <w:t>~3 km · 45-60 min · easy — From the shuttle drop-off in Kuressaare's Old Town, stroll along Tallinna tänav, visit the castle…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to Beach Promenade: </w:t>
      </w:r>
      <w:r>
        <w:rPr>
          <w:rFonts w:ascii="Arial" w:hAnsi="Arial" w:cs="Arial"/>
          <w:b w:val="0"/>
          <w:i w:val="0"/>
          <w:sz w:val="20"/>
        </w:rPr>
        <w:t>~2 km · 30 min · flat — Head south from the castle park along the shoreline promenade to Kuressaare Beach — a pleasant…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5:04AM–9:49PM · Jul 4:49AM–10:21PM · Sep 7:00AM–7:48PM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cruiseports.org/saaremaa-island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Saaremaa Island, Estonia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arema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Kaarma maalinn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Kuressaare Siioni kirik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Suur Tõll ja Piret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Keskaja Elamuskeskus/ Medieval Activity Centre/ Archebald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Reta Wood Ltd.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