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Safaga, Red Sea,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Safaga is a working Red Sea port that punches far above its size — it's the closest seaport to the wonders of Luxor, and it sits atop some of Egypt's finest coral reefs. The real Egypt starts the moment you step off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8–12 hrs · 💵 Egyptian Pound (USD/EUR widely accepted) · 🗣️ Arabic (English at tourist sites)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directly; new AD Ports terminal opened 2025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area is industrial; taxis needed for town or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Luxor day trips, snorkeling/diving, desert safari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Valley of the Kings &amp; Karnak Temple (full-day excursion)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$3–$5 — Local taxis can take you from the port to Safaga town center, roughly 2–3 km away. Taxis may be scarce directly at the 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Luxor Full-Day: Valley of the Kings &amp; Karnak Temple — </w:t>
      </w:r>
      <w:r>
        <w:rPr>
          <w:rFonts w:ascii="Arial" w:hAnsi="Arial" w:cs="Arial"/>
          <w:b w:val="0"/>
          <w:i w:val="0"/>
          <w:sz w:val="20"/>
        </w:rPr>
        <w:t>Egypt's crown jewel is 215 km west across the desert — a 3-hour drive each 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Diving — Hurghada Reefs — </w:t>
      </w:r>
      <w:r>
        <w:rPr>
          <w:rFonts w:ascii="Arial" w:hAnsi="Arial" w:cs="Arial"/>
          <w:b w:val="0"/>
          <w:i w:val="0"/>
          <w:sz w:val="20"/>
        </w:rPr>
        <w:t>Hurghada (63 km north) is the Red Sea's dive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Soma Bay Beach Day — </w:t>
      </w:r>
      <w:r>
        <w:rPr>
          <w:rFonts w:ascii="Arial" w:hAnsi="Arial" w:cs="Arial"/>
          <w:b w:val="0"/>
          <w:i w:val="0"/>
          <w:sz w:val="20"/>
        </w:rPr>
        <w:t>Soma Bay is a luxury resort peninsula 25 km north of Safaga.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Safari &amp; Bedouin Village — </w:t>
      </w:r>
      <w:r>
        <w:rPr>
          <w:rFonts w:ascii="Arial" w:hAnsi="Arial" w:cs="Arial"/>
          <w:b w:val="0"/>
          <w:i w:val="0"/>
          <w:sz w:val="20"/>
        </w:rPr>
        <w:t>Head into the Eastern Desert for a quad-bike or jeep safari over sand dunes, a camel ride, and tea with Bedouin hosts in a desert…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Luxor by Air — Fly &amp; See — </w:t>
      </w:r>
      <w:r>
        <w:rPr>
          <w:rFonts w:ascii="Arial" w:hAnsi="Arial" w:cs="Arial"/>
          <w:b w:val="0"/>
          <w:i w:val="0"/>
          <w:sz w:val="20"/>
        </w:rPr>
        <w:t>Some operators offer charter flights from Hurghada Airport to Luxor for a faster Nile Valley day.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Safaga Corniche Stroll: </w:t>
      </w:r>
      <w:r>
        <w:rPr>
          <w:rFonts w:ascii="Arial" w:hAnsi="Arial" w:cs="Arial"/>
          <w:b w:val="0"/>
          <w:i w:val="0"/>
          <w:sz w:val="20"/>
        </w:rPr>
        <w:t>~1 km • Easy • 15–20 min — A short walk along the seafront past local tea shops and the fish market.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5:57AM–7:24PM · Jul 6:00AM–7:39PM · Sep 6:30AM–6:48PM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cruiseports.org/safaga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Safaga, Red Sea,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fa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Tobia Arbaa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Jetty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