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Safi, Marrakesh-Safi, Morocco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Morocco's pottery capital sits on the rugged Atlantic coast — a gritty, authentic port city famous for hand-thrown ceramics, fresh sardines, and centuries of Portuguese and Moroccan history packed into a compact medina.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(commercial port — shuttle to gate) · 🕒 Typical call: 8–10 hrs · 💵 Moroccan Dirham (MAD) · 🗣️ Arabic &amp; French · 🏺 Pottery capital of Morocco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Port of Safi (Marsa Safi) — shuttle bus to port gate required; pedestrians not permitted through working port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walk from port gate to Medina; Potters' Hill 15–20 min or short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Ceramics shopping, Portuguese fortress history, Atlantic seafood, authentic Moroccan medina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Colline des Potiers (Potters' Hill) — watch artisans throw, paint, and fire traditional Safi pottery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20–30 MAD (~$2–3.50) — Small blue petit taxis wait at the port entrance. Agree on the fare before departing — no meters used for short city run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Potters' Hill &amp; Ceramics Quarter — </w:t>
      </w:r>
      <w:r>
        <w:rPr>
          <w:rFonts w:ascii="Arial" w:hAnsi="Arial" w:cs="Arial"/>
          <w:b w:val="0"/>
          <w:i w:val="0"/>
          <w:sz w:val="20"/>
        </w:rPr>
        <w:t>Colline des Potiers is Safi's most famous attraction — dozens of working pottery studios line the lanes where artisans shape clay…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Kechla Fortress &amp; National Ceramics Museum — </w:t>
      </w:r>
      <w:r>
        <w:rPr>
          <w:rFonts w:ascii="Arial" w:hAnsi="Arial" w:cs="Arial"/>
          <w:b w:val="0"/>
          <w:i w:val="0"/>
          <w:sz w:val="20"/>
        </w:rPr>
        <w:t>The massive 16th-century Portuguese citadel looms over the medina.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Château de la Mer (Dar el-Bahar) — </w:t>
      </w:r>
      <w:r>
        <w:rPr>
          <w:rFonts w:ascii="Arial" w:hAnsi="Arial" w:cs="Arial"/>
          <w:b w:val="0"/>
          <w:i w:val="0"/>
          <w:sz w:val="20"/>
        </w:rPr>
        <w:t>A compact 16th-century Portuguese fortress perched right on the Atlantic waterfront, five minutes from the port gate.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Safi Medina Walk — </w:t>
      </w:r>
      <w:r>
        <w:rPr>
          <w:rFonts w:ascii="Arial" w:hAnsi="Arial" w:cs="Arial"/>
          <w:b w:val="0"/>
          <w:i w:val="0"/>
          <w:sz w:val="20"/>
        </w:rPr>
        <w:t>Safi's compact walled medina blends Portuguese, Moroccan, French, and Jewish heritage into a labyrinth of lanes.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Lalla Fatna Beach &amp; Cliff Coast — </w:t>
      </w:r>
      <w:r>
        <w:rPr>
          <w:rFonts w:ascii="Arial" w:hAnsi="Arial" w:cs="Arial"/>
          <w:b w:val="0"/>
          <w:i w:val="0"/>
          <w:sz w:val="20"/>
        </w:rPr>
        <w:t>About 15 km north of Safi, this stunning Atlantic beach is sheltered by dramatic clay cliffs and is a legendary surf break.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Gate to Medina &amp; Château de la Mer: </w:t>
      </w:r>
      <w:r>
        <w:rPr>
          <w:rFonts w:ascii="Arial" w:hAnsi="Arial" w:cs="Arial"/>
          <w:b w:val="0"/>
          <w:i w:val="0"/>
          <w:sz w:val="20"/>
        </w:rPr>
        <w:t>Easy · ~1 km · 20–30 min — From the port exit, walk north along the waterfront to reach the Château de la Mer (Dar el-Bahar).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Medina to Kechla Fortress &amp; Potters' Hill: </w:t>
      </w:r>
      <w:r>
        <w:rPr>
          <w:rFonts w:ascii="Arial" w:hAnsi="Arial" w:cs="Arial"/>
          <w:b w:val="0"/>
          <w:i w:val="0"/>
          <w:sz w:val="20"/>
        </w:rPr>
        <w:t>Easy · ~1.5 km · 30–40 min — From the medina center, head uphill toward the towering Kechla (Portuguese Citadel) and its…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6:39AM–8:27PM · Jul 6:41AM–8:44PM · Sep 7:21AM–7:42PM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cruiseports.org/safi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Safi, Marrakesh-Safi, Morocco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f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Museum of Ceramics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Safi Corniche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Tajine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