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Saguenay,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Ships dock deep inside a breathtaking fjord carved by glaciers, welcomed by costumed locals offering maple taffy — and sent off by hundreds waving flags at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(Quai Marcel-Dionne, La Baie) · 🕒 Typical call: 8-10 hrs · 💵 Canadian Dollar (CAD) · 🗣️ French (English widely spoken in tourism) · 🍁 Canada &amp; New England itineraries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Bagotville Wharf, La Baie (tender if 2+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flat walk to La Baie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 scenery, fall foliage, French-Canadian food &amp;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sail-away farewell — locals gather to wave flags and sing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$30–55 one-way — Taxis queue at the terminal on arrival. Fare to Chicoutimi is roughly CAD $30–55 for the 20 km ride; Taxi Sourire offers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Saguenay Fjord Cruise — </w:t>
      </w:r>
      <w:r>
        <w:rPr>
          <w:rFonts w:ascii="Arial" w:hAnsi="Arial" w:cs="Arial"/>
          <w:b w:val="0"/>
          <w:i w:val="0"/>
          <w:sz w:val="20"/>
        </w:rPr>
        <w:t>Board a local vessel and glide past 1,000-ft cliffs to Cap Trinité and the Notre-Dame-du-Saguenay statue.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Parc National du Fjord-du-Saguenay Hike — </w:t>
      </w:r>
      <w:r>
        <w:rPr>
          <w:rFonts w:ascii="Arial" w:hAnsi="Arial" w:cs="Arial"/>
          <w:b w:val="0"/>
          <w:i w:val="0"/>
          <w:sz w:val="20"/>
        </w:rPr>
        <w:t>Drive ~45 min to the national park for trails like Point de Vue du Soupir with stunning fjord overlooks.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Fabuleuse Histoire d'un Royaume — </w:t>
      </w:r>
      <w:r>
        <w:rPr>
          <w:rFonts w:ascii="Arial" w:hAnsi="Arial" w:cs="Arial"/>
          <w:b w:val="0"/>
          <w:i w:val="0"/>
          <w:sz w:val="20"/>
        </w:rPr>
        <w:t>A legendary theatrical show performed by 150 local volunteers telling the region's history with live animals, fire,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Pulperie de Chicoutimi — </w:t>
      </w:r>
      <w:r>
        <w:rPr>
          <w:rFonts w:ascii="Arial" w:hAnsi="Arial" w:cs="Arial"/>
          <w:b w:val="0"/>
          <w:i w:val="0"/>
          <w:sz w:val="20"/>
        </w:rPr>
        <w:t>A historic pulp mill turned regional museum in Chicoutimi, 20 min by shuttle.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Food &amp; Artisan Tour — </w:t>
      </w:r>
      <w:r>
        <w:rPr>
          <w:rFonts w:ascii="Arial" w:hAnsi="Arial" w:cs="Arial"/>
          <w:b w:val="0"/>
          <w:i w:val="0"/>
          <w:sz w:val="20"/>
        </w:rPr>
        <w:t>Sample squeaky cheese curds at Fromagerie Boivin, wild blueberry treats, craft beer at Hopera, and regional tourtière.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Ha! Ha! Pyramid &amp; Musée du Fjord: </w:t>
      </w:r>
      <w:r>
        <w:rPr>
          <w:rFonts w:ascii="Arial" w:hAnsi="Arial" w:cs="Arial"/>
          <w:b w:val="0"/>
          <w:i w:val="0"/>
          <w:sz w:val="20"/>
        </w:rPr>
        <w:t>1.5 km / ~25 min one-way | Flat, paved | Free — Walk the waterfront path through Parc Mars from the cruise terminal toward La Baie.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Baie Town Center Stroll: </w:t>
      </w:r>
      <w:r>
        <w:rPr>
          <w:rFonts w:ascii="Arial" w:hAnsi="Arial" w:cs="Arial"/>
          <w:b w:val="0"/>
          <w:i w:val="0"/>
          <w:sz w:val="20"/>
        </w:rPr>
        <w:t>1 km / ~15 min one-way | Flat | Free — Follow Rue de la Fabrique from the pier end into La Baie's compact downtown for local shops, the…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cruiseports.org/saguenay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Saguenay,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guen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Pyramide des Ha! Ha!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Air Defence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Okwari - Contact Nature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Alaskan du Nord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du Fjord (Fjord Museum)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la Rivière-du-Moulin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de ski Mont-Bélu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