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Kingstown, Saint Vincent, Caribbean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Saint Vincent is the Caribbean unfiltered — a volcanic island of rainforest peaks, black-sand coves, and a city where real life happens around you. No manicured cruise village here; just the genuine article.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(Kingstown Cruise Terminal) · 🕒 Typical call: 7-9 hrs · 💵 USD &amp; Eastern Caribbean Dollar (XCD) · 🗣️ English · 🌋 Active volcanic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Deep-water pier; 2 ships simultaneously. 3+ ships may require tendering.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flat walk to downtown Kingstown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nature, authentic local culture, Pirates of the Caribbean fans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Oldest botanical garden in the Western Hemisphere (est. 1765)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USD $8–$15 (city/port area) — Government-regulated fixed rates; taxis are not metered so confirm the fare before departure. Taxis identifiable by an "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Charlotte &amp; Panoramic Views — </w:t>
      </w:r>
      <w:r>
        <w:rPr>
          <w:rFonts w:ascii="Arial" w:hAnsi="Arial" w:cs="Arial"/>
          <w:b w:val="0"/>
          <w:i w:val="0"/>
          <w:sz w:val="20"/>
        </w:rPr>
        <w:t>This 1806 British fort perches 600 ft above Kingstown harbor with cannons famously facing inland (to defend against Carib raids…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Vincent Botanical Gardens — </w:t>
      </w:r>
      <w:r>
        <w:rPr>
          <w:rFonts w:ascii="Arial" w:hAnsi="Arial" w:cs="Arial"/>
          <w:b w:val="0"/>
          <w:i w:val="0"/>
          <w:sz w:val="20"/>
        </w:rPr>
        <w:t>Established in 1765, this is the oldest botanical garden in the Western Hemisphere.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Pirates of the Caribbean Film Set — Wallilabou Bay — </w:t>
      </w:r>
      <w:r>
        <w:rPr>
          <w:rFonts w:ascii="Arial" w:hAnsi="Arial" w:cs="Arial"/>
          <w:b w:val="0"/>
          <w:i w:val="0"/>
          <w:sz w:val="20"/>
        </w:rPr>
        <w:t>This bay on the leeward coast was the fictional 'Port Royal' in the original Pirates of the Caribbean film.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Dark View Falls — </w:t>
      </w:r>
      <w:r>
        <w:rPr>
          <w:rFonts w:ascii="Arial" w:hAnsi="Arial" w:cs="Arial"/>
          <w:b w:val="0"/>
          <w:i w:val="0"/>
          <w:sz w:val="20"/>
        </w:rPr>
        <w:t>Twin waterfalls cascade into natural swimming pools deep in the rainforest.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 Beach &amp; Indian Bay — </w:t>
      </w:r>
      <w:r>
        <w:rPr>
          <w:rFonts w:ascii="Arial" w:hAnsi="Arial" w:cs="Arial"/>
          <w:b w:val="0"/>
          <w:i w:val="0"/>
          <w:sz w:val="20"/>
        </w:rPr>
        <w:t>The most convenient beaches from the port — a 15-20 minute taxi south.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Kingstown City Stroll: </w:t>
      </w:r>
      <w:r>
        <w:rPr>
          <w:rFonts w:ascii="Arial" w:hAnsi="Arial" w:cs="Arial"/>
          <w:b w:val="0"/>
          <w:i w:val="0"/>
          <w:sz w:val="20"/>
        </w:rPr>
        <w:t>45 min | Flat | Free — A short walk from the terminal takes you past the Kingstown Market (fresh spices, fish…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5:39AM–6:23PM · Jul 5:46AM–6:35PM · Sep 5:54AM–6:05PM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cruiseports.org/saint-vincent-island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Kingstown, Saint Vincent, Caribbean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int-vincent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Botanical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Belmont Lookout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Trust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Mary's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Duvernette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Charlotte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